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7D448" w14:textId="504E9A08" w:rsidR="00B6477D" w:rsidRPr="001C1C6C" w:rsidRDefault="00B6477D" w:rsidP="00B6477D">
      <w:pPr>
        <w:spacing w:after="120" w:line="240" w:lineRule="auto"/>
        <w:jc w:val="right"/>
        <w:rPr>
          <w:b/>
          <w:bCs/>
          <w:sz w:val="20"/>
          <w:szCs w:val="20"/>
          <w:lang w:val="pl-PL"/>
        </w:rPr>
      </w:pPr>
      <w:r w:rsidRPr="001C1C6C">
        <w:rPr>
          <w:b/>
          <w:bCs/>
          <w:sz w:val="20"/>
          <w:szCs w:val="20"/>
          <w:lang w:val="pl-PL"/>
        </w:rPr>
        <w:t>Załącznik</w:t>
      </w:r>
      <w:r w:rsidR="00190A04">
        <w:rPr>
          <w:b/>
          <w:bCs/>
          <w:sz w:val="20"/>
          <w:szCs w:val="20"/>
          <w:lang w:val="pl-PL"/>
        </w:rPr>
        <w:t xml:space="preserve"> nr</w:t>
      </w:r>
      <w:r w:rsidRPr="001C1C6C">
        <w:rPr>
          <w:b/>
          <w:bCs/>
          <w:sz w:val="20"/>
          <w:szCs w:val="20"/>
          <w:lang w:val="pl-PL"/>
        </w:rPr>
        <w:t xml:space="preserve"> 8 do Regulaminu</w:t>
      </w:r>
    </w:p>
    <w:p w14:paraId="341A63EA" w14:textId="77777777" w:rsidR="00B6477D" w:rsidRDefault="00B6477D" w:rsidP="00C26C39">
      <w:pPr>
        <w:jc w:val="center"/>
        <w:rPr>
          <w:b/>
          <w:lang w:val="pl-PL"/>
        </w:rPr>
      </w:pPr>
    </w:p>
    <w:p w14:paraId="49CD730B" w14:textId="45FDC925" w:rsidR="00776B37" w:rsidRPr="006B777A" w:rsidRDefault="00C91486" w:rsidP="00C26C39">
      <w:pPr>
        <w:jc w:val="center"/>
        <w:rPr>
          <w:lang w:val="pl-PL"/>
        </w:rPr>
      </w:pPr>
      <w:r w:rsidRPr="006B777A">
        <w:rPr>
          <w:b/>
          <w:lang w:val="pl-PL"/>
        </w:rPr>
        <w:t>KARTA DORADZTWA WSTĘPNEGO / AUDYTU POTRZEB</w:t>
      </w:r>
    </w:p>
    <w:p w14:paraId="69C34961" w14:textId="4E5EAB72" w:rsidR="00776B37" w:rsidRPr="006B777A" w:rsidRDefault="00C91486" w:rsidP="00C26C39">
      <w:pPr>
        <w:jc w:val="center"/>
        <w:rPr>
          <w:lang w:val="pl-PL"/>
        </w:rPr>
      </w:pPr>
      <w:r w:rsidRPr="006B777A">
        <w:rPr>
          <w:lang w:val="pl-PL"/>
        </w:rPr>
        <w:t xml:space="preserve">(realizowana przed rozpoczęciem </w:t>
      </w:r>
      <w:r w:rsidR="00D96182">
        <w:rPr>
          <w:lang w:val="pl-PL"/>
        </w:rPr>
        <w:t>Usług szkoleniowych</w:t>
      </w:r>
      <w:r w:rsidRPr="006B777A">
        <w:rPr>
          <w:lang w:val="pl-PL"/>
        </w:rPr>
        <w:t>)</w:t>
      </w:r>
    </w:p>
    <w:p w14:paraId="03E30D05" w14:textId="77777777" w:rsidR="00776B37" w:rsidRPr="006B777A" w:rsidRDefault="00776B37">
      <w:pPr>
        <w:rPr>
          <w:lang w:val="pl-PL"/>
        </w:rPr>
      </w:pPr>
    </w:p>
    <w:p w14:paraId="3877392E" w14:textId="35C4339F" w:rsidR="00776B37" w:rsidRPr="006B777A" w:rsidRDefault="00C91486">
      <w:pPr>
        <w:rPr>
          <w:lang w:val="pl-PL"/>
        </w:rPr>
      </w:pPr>
      <w:r w:rsidRPr="006B777A">
        <w:rPr>
          <w:lang w:val="pl-PL"/>
        </w:rPr>
        <w:t>1. Informacje ogólne o doradztwie</w:t>
      </w:r>
      <w:r w:rsidR="00A70AFC">
        <w:rPr>
          <w:lang w:val="pl-PL"/>
        </w:rPr>
        <w:t>:</w:t>
      </w:r>
    </w:p>
    <w:p w14:paraId="50D974AC" w14:textId="77777777" w:rsidR="00776B37" w:rsidRPr="006B777A" w:rsidRDefault="00776B37">
      <w:pPr>
        <w:rPr>
          <w:lang w:val="pl-PL"/>
        </w:rPr>
      </w:pPr>
    </w:p>
    <w:p w14:paraId="415DD7F4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1.1. Projekt / makroregion:</w:t>
      </w:r>
    </w:p>
    <w:p w14:paraId="483293F1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Nazwa projektu: .......................................................</w:t>
      </w:r>
    </w:p>
    <w:p w14:paraId="57625865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Makroregion: ..........................................................</w:t>
      </w:r>
    </w:p>
    <w:p w14:paraId="72E5FE58" w14:textId="77777777" w:rsidR="00776B37" w:rsidRPr="006B777A" w:rsidRDefault="00776B37">
      <w:pPr>
        <w:rPr>
          <w:lang w:val="pl-PL"/>
        </w:rPr>
      </w:pPr>
    </w:p>
    <w:p w14:paraId="7C5B6622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1.2. Identyfikacja wsparcia:</w:t>
      </w:r>
    </w:p>
    <w:p w14:paraId="596A2368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ID wsparcia / nr umowy z Odbiorcą wsparcia: ...........................</w:t>
      </w:r>
    </w:p>
    <w:p w14:paraId="57DD2CC3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Runda rekrutacji: ....................................................</w:t>
      </w:r>
    </w:p>
    <w:p w14:paraId="5B0B28D4" w14:textId="77777777" w:rsidR="00776B37" w:rsidRPr="006B777A" w:rsidRDefault="00776B37">
      <w:pPr>
        <w:rPr>
          <w:lang w:val="pl-PL"/>
        </w:rPr>
      </w:pPr>
    </w:p>
    <w:p w14:paraId="562A2DBF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1.3. Dane doradcy biznesowego:</w:t>
      </w:r>
    </w:p>
    <w:p w14:paraId="2B29E556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Imię i nazwisko: .....................................................</w:t>
      </w:r>
    </w:p>
    <w:p w14:paraId="6D48E888" w14:textId="301BBAD4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Organizacja: .................................</w:t>
      </w:r>
    </w:p>
    <w:p w14:paraId="210D8A71" w14:textId="3886531F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Data(ty) spotkania</w:t>
      </w:r>
      <w:r w:rsidR="005E579A">
        <w:rPr>
          <w:lang w:val="pl-PL"/>
        </w:rPr>
        <w:t>(ń)</w:t>
      </w:r>
      <w:r w:rsidRPr="006B777A">
        <w:rPr>
          <w:lang w:val="pl-PL"/>
        </w:rPr>
        <w:t>: ..................................................</w:t>
      </w:r>
    </w:p>
    <w:p w14:paraId="1F84D8C2" w14:textId="1A39C6ED" w:rsidR="00776B37" w:rsidRDefault="00C91486">
      <w:pPr>
        <w:rPr>
          <w:lang w:val="pl-PL"/>
        </w:rPr>
      </w:pPr>
      <w:r w:rsidRPr="006B777A">
        <w:rPr>
          <w:lang w:val="pl-PL"/>
        </w:rPr>
        <w:t>- Łączna liczba godzin doradztwa wstępnego</w:t>
      </w:r>
      <w:r w:rsidR="00902B63">
        <w:rPr>
          <w:rStyle w:val="Odwoanieprzypisudolnego"/>
          <w:lang w:val="pl-PL"/>
        </w:rPr>
        <w:footnoteReference w:id="1"/>
      </w:r>
      <w:r w:rsidRPr="006B777A">
        <w:rPr>
          <w:lang w:val="pl-PL"/>
        </w:rPr>
        <w:t>: ............................</w:t>
      </w:r>
    </w:p>
    <w:p w14:paraId="243A0D7E" w14:textId="77777777" w:rsidR="00C26C39" w:rsidRPr="006B777A" w:rsidRDefault="00C26C39">
      <w:pPr>
        <w:rPr>
          <w:lang w:val="pl-PL"/>
        </w:rPr>
      </w:pPr>
    </w:p>
    <w:p w14:paraId="2C27345A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lastRenderedPageBreak/>
        <w:t>2. Dane przedsiębiorstwa</w:t>
      </w:r>
    </w:p>
    <w:p w14:paraId="5CCE3CA7" w14:textId="77777777" w:rsidR="005E579A" w:rsidRDefault="005E579A">
      <w:pPr>
        <w:rPr>
          <w:lang w:val="pl-PL"/>
        </w:rPr>
      </w:pPr>
    </w:p>
    <w:p w14:paraId="40CE378B" w14:textId="77BE5BA2" w:rsidR="00776B37" w:rsidRPr="006B777A" w:rsidRDefault="00C91486">
      <w:pPr>
        <w:rPr>
          <w:lang w:val="pl-PL"/>
        </w:rPr>
      </w:pPr>
      <w:r w:rsidRPr="006B777A">
        <w:rPr>
          <w:lang w:val="pl-PL"/>
        </w:rPr>
        <w:t>2.1. Dane podstawowe:</w:t>
      </w:r>
    </w:p>
    <w:p w14:paraId="42359ACD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Nazwa firmy: ..........................................................</w:t>
      </w:r>
    </w:p>
    <w:p w14:paraId="1D807301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Forma prawna: ........................................................</w:t>
      </w:r>
    </w:p>
    <w:p w14:paraId="63C8C09B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NIP / REGON: .........................................................</w:t>
      </w:r>
    </w:p>
    <w:p w14:paraId="2791F2F2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Siedziba (zgodna z rejestrem KRS/CEIDG): .............................</w:t>
      </w:r>
    </w:p>
    <w:p w14:paraId="2521F253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Wielkość przedsiębiorstwa (MŚP):  □ mikro  □ małe  □ średnie</w:t>
      </w:r>
    </w:p>
    <w:p w14:paraId="225A2DC6" w14:textId="77777777" w:rsidR="00776B37" w:rsidRPr="006B777A" w:rsidRDefault="00776B37">
      <w:pPr>
        <w:rPr>
          <w:lang w:val="pl-PL"/>
        </w:rPr>
      </w:pPr>
    </w:p>
    <w:p w14:paraId="789AD3AD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2.2. Profil działalności:</w:t>
      </w:r>
    </w:p>
    <w:p w14:paraId="66B79060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Główna branża / PKD: ..................................................</w:t>
      </w:r>
    </w:p>
    <w:p w14:paraId="2B2AAEE2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Opis działalności (2–3 zdania):</w:t>
      </w:r>
    </w:p>
    <w:p w14:paraId="1F83DF2F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 xml:space="preserve">  .......................................................................</w:t>
      </w:r>
    </w:p>
    <w:p w14:paraId="2115C1B4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 xml:space="preserve">  .......................................................................</w:t>
      </w:r>
    </w:p>
    <w:p w14:paraId="5AB4CFA2" w14:textId="77777777" w:rsidR="00776B37" w:rsidRPr="006B777A" w:rsidRDefault="00776B37">
      <w:pPr>
        <w:rPr>
          <w:lang w:val="pl-PL"/>
        </w:rPr>
      </w:pPr>
    </w:p>
    <w:p w14:paraId="658E715C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2.3. Kluczowe produkty / usługi firmy:</w:t>
      </w:r>
    </w:p>
    <w:p w14:paraId="249FCBC3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.......................................................................</w:t>
      </w:r>
    </w:p>
    <w:p w14:paraId="2158BC8D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.......................................................................</w:t>
      </w:r>
    </w:p>
    <w:p w14:paraId="6446365A" w14:textId="77777777" w:rsidR="00776B37" w:rsidRPr="006B777A" w:rsidRDefault="00776B37">
      <w:pPr>
        <w:rPr>
          <w:lang w:val="pl-PL"/>
        </w:rPr>
      </w:pPr>
    </w:p>
    <w:p w14:paraId="3912EAD2" w14:textId="0756D933" w:rsidR="00776B37" w:rsidRPr="006B777A" w:rsidRDefault="00C91486">
      <w:pPr>
        <w:rPr>
          <w:lang w:val="pl-PL"/>
        </w:rPr>
      </w:pPr>
      <w:r w:rsidRPr="006B777A">
        <w:rPr>
          <w:lang w:val="pl-PL"/>
        </w:rPr>
        <w:t>3. Kontekst strategiczny i wyzwania biznesowe</w:t>
      </w:r>
      <w:r w:rsidR="00D96182">
        <w:rPr>
          <w:lang w:val="pl-PL"/>
        </w:rPr>
        <w:t>.</w:t>
      </w:r>
    </w:p>
    <w:p w14:paraId="25C741D9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3.1. Cele strategiczne firmy na najbliższe 2–3 lata:</w:t>
      </w:r>
    </w:p>
    <w:p w14:paraId="6835E737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.......................................................................</w:t>
      </w:r>
    </w:p>
    <w:p w14:paraId="76F40A76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.......................................................................</w:t>
      </w:r>
    </w:p>
    <w:p w14:paraId="0B4236C6" w14:textId="77777777" w:rsidR="00776B37" w:rsidRPr="006B777A" w:rsidRDefault="00776B37">
      <w:pPr>
        <w:rPr>
          <w:lang w:val="pl-PL"/>
        </w:rPr>
      </w:pPr>
    </w:p>
    <w:p w14:paraId="063BFE9C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3.2. Najważniejsze wyzwania biznesowe (np. koszty, kadry, jakość, terminy):</w:t>
      </w:r>
    </w:p>
    <w:p w14:paraId="46A34E62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.......................................................................</w:t>
      </w:r>
    </w:p>
    <w:p w14:paraId="0202E9C9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.......................................................................</w:t>
      </w:r>
    </w:p>
    <w:p w14:paraId="44CF71E0" w14:textId="77777777" w:rsidR="00776B37" w:rsidRPr="006B777A" w:rsidRDefault="00776B37">
      <w:pPr>
        <w:rPr>
          <w:lang w:val="pl-PL"/>
        </w:rPr>
      </w:pPr>
    </w:p>
    <w:p w14:paraId="65507E82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3.3. Motywacje do udziału w projekcie:</w:t>
      </w:r>
    </w:p>
    <w:p w14:paraId="5C1233CA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.......................................................................</w:t>
      </w:r>
    </w:p>
    <w:p w14:paraId="4159C22C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.......................................................................</w:t>
      </w:r>
    </w:p>
    <w:p w14:paraId="2B7ADA24" w14:textId="77777777" w:rsidR="00776B37" w:rsidRPr="006B777A" w:rsidRDefault="00776B37">
      <w:pPr>
        <w:rPr>
          <w:lang w:val="pl-PL"/>
        </w:rPr>
      </w:pPr>
    </w:p>
    <w:p w14:paraId="230F6DD9" w14:textId="6B8FD121" w:rsidR="00776B37" w:rsidRDefault="00C91486">
      <w:pPr>
        <w:rPr>
          <w:lang w:val="pl-PL"/>
        </w:rPr>
      </w:pPr>
      <w:r w:rsidRPr="006B777A">
        <w:rPr>
          <w:lang w:val="pl-PL"/>
        </w:rPr>
        <w:t>4. Kluczowe procesy w firmie i ich dojrzałość</w:t>
      </w:r>
      <w:r w:rsidR="00D96182">
        <w:rPr>
          <w:lang w:val="pl-PL"/>
        </w:rPr>
        <w:t>.</w:t>
      </w:r>
    </w:p>
    <w:p w14:paraId="585021E1" w14:textId="77777777" w:rsidR="00D96182" w:rsidRPr="006B777A" w:rsidRDefault="00D96182">
      <w:pPr>
        <w:rPr>
          <w:lang w:val="pl-PL"/>
        </w:rPr>
      </w:pPr>
    </w:p>
    <w:p w14:paraId="28AA6152" w14:textId="4D03D553" w:rsidR="00700BC2" w:rsidRDefault="00700BC2">
      <w:pPr>
        <w:rPr>
          <w:lang w:val="pl-PL"/>
        </w:rPr>
      </w:pPr>
      <w:r>
        <w:rPr>
          <w:lang w:val="pl-PL"/>
        </w:rPr>
        <w:t>4.1 Wyniki analizy dojrzałości cyfrowej</w:t>
      </w:r>
      <w:r w:rsidR="0021158E">
        <w:rPr>
          <w:lang w:val="pl-PL"/>
        </w:rPr>
        <w:t xml:space="preserve"> (opcjonalnie)</w:t>
      </w:r>
    </w:p>
    <w:p w14:paraId="7EB08BF6" w14:textId="7F465BC6" w:rsidR="006C267C" w:rsidRDefault="006C267C">
      <w:pPr>
        <w:rPr>
          <w:lang w:val="pl-PL"/>
        </w:rPr>
      </w:pPr>
      <w:r>
        <w:rPr>
          <w:lang w:val="pl-PL"/>
        </w:rPr>
        <w:t>Poniżej link do przykładowego narzędzia samooceny</w:t>
      </w:r>
      <w:r w:rsidR="008D26A6">
        <w:rPr>
          <w:lang w:val="pl-PL"/>
        </w:rPr>
        <w:t xml:space="preserve"> </w:t>
      </w:r>
      <w:r w:rsidR="008D26A6" w:rsidRPr="008D26A6">
        <w:rPr>
          <w:lang w:val="pl-PL"/>
        </w:rPr>
        <w:t xml:space="preserve">dojrzałości cyfrowej wykorzystywanego </w:t>
      </w:r>
      <w:r w:rsidR="00E5415C">
        <w:rPr>
          <w:lang w:val="pl-PL"/>
        </w:rPr>
        <w:t xml:space="preserve">między innymi </w:t>
      </w:r>
      <w:r w:rsidR="008D26A6" w:rsidRPr="008D26A6">
        <w:rPr>
          <w:lang w:val="pl-PL"/>
        </w:rPr>
        <w:t>przez EDIH</w:t>
      </w:r>
      <w:r>
        <w:rPr>
          <w:lang w:val="pl-PL"/>
        </w:rPr>
        <w:t>:</w:t>
      </w:r>
    </w:p>
    <w:p w14:paraId="0095FB0B" w14:textId="060D4EFB" w:rsidR="0068206B" w:rsidRDefault="0068206B">
      <w:pPr>
        <w:rPr>
          <w:lang w:val="pl-PL"/>
        </w:rPr>
      </w:pPr>
      <w:r>
        <w:fldChar w:fldCharType="begin"/>
      </w:r>
      <w:r w:rsidRPr="00911DDA">
        <w:rPr>
          <w:lang w:val="pl-PL"/>
        </w:rPr>
        <w:instrText>HYPERLINK "https://european-digital-innovation-hubs.ec.europa.eu/pl/open-dma"</w:instrText>
      </w:r>
      <w:r>
        <w:fldChar w:fldCharType="separate"/>
      </w:r>
      <w:r w:rsidRPr="0097212D">
        <w:rPr>
          <w:rStyle w:val="Hipercze"/>
          <w:lang w:val="pl-PL"/>
        </w:rPr>
        <w:t>https://european-digital-innovation-hubs.ec.europa.eu/pl/open-dma</w:t>
      </w:r>
      <w:r>
        <w:fldChar w:fldCharType="end"/>
      </w:r>
    </w:p>
    <w:p w14:paraId="7AB2E3C1" w14:textId="26D2E727" w:rsidR="00700BC2" w:rsidRDefault="00700BC2" w:rsidP="00700BC2">
      <w:pPr>
        <w:rPr>
          <w:lang w:val="pl-PL"/>
        </w:rPr>
      </w:pPr>
      <w:r w:rsidRPr="006B777A">
        <w:rPr>
          <w:lang w:val="pl-PL"/>
        </w:rPr>
        <w:t xml:space="preserve">- </w:t>
      </w:r>
      <w:r>
        <w:rPr>
          <w:lang w:val="pl-PL"/>
        </w:rPr>
        <w:t xml:space="preserve">Rekomendacje wynikające z </w:t>
      </w:r>
      <w:r w:rsidR="006C267C">
        <w:rPr>
          <w:lang w:val="pl-PL"/>
        </w:rPr>
        <w:t>wyników analizy</w:t>
      </w:r>
      <w:r>
        <w:rPr>
          <w:lang w:val="pl-PL"/>
        </w:rPr>
        <w:t>:</w:t>
      </w:r>
    </w:p>
    <w:p w14:paraId="233CAB55" w14:textId="6DCDF184" w:rsidR="00700BC2" w:rsidRPr="006B777A" w:rsidRDefault="00700BC2" w:rsidP="00700BC2">
      <w:pPr>
        <w:ind w:left="720"/>
        <w:rPr>
          <w:lang w:val="pl-PL"/>
        </w:rPr>
      </w:pPr>
      <w:r>
        <w:rPr>
          <w:lang w:val="pl-PL"/>
        </w:rPr>
        <w:t xml:space="preserve">- </w:t>
      </w:r>
      <w:r w:rsidRPr="006B777A">
        <w:rPr>
          <w:lang w:val="pl-PL"/>
        </w:rPr>
        <w:t>.......................................................................</w:t>
      </w:r>
    </w:p>
    <w:p w14:paraId="6985950C" w14:textId="77777777" w:rsidR="00700BC2" w:rsidRPr="006B777A" w:rsidRDefault="00700BC2" w:rsidP="00700BC2">
      <w:pPr>
        <w:ind w:left="720"/>
        <w:rPr>
          <w:lang w:val="pl-PL"/>
        </w:rPr>
      </w:pPr>
      <w:r w:rsidRPr="006B777A">
        <w:rPr>
          <w:lang w:val="pl-PL"/>
        </w:rPr>
        <w:t>- .......................................................................</w:t>
      </w:r>
    </w:p>
    <w:p w14:paraId="21F5DE59" w14:textId="5D9E9AED" w:rsidR="00776B37" w:rsidRPr="006B777A" w:rsidRDefault="00700BC2">
      <w:pPr>
        <w:rPr>
          <w:lang w:val="pl-PL"/>
        </w:rPr>
      </w:pPr>
      <w:r>
        <w:rPr>
          <w:lang w:val="pl-PL"/>
        </w:rPr>
        <w:t xml:space="preserve"> </w:t>
      </w:r>
    </w:p>
    <w:p w14:paraId="705FBEDE" w14:textId="56ABB6F2" w:rsidR="00776B37" w:rsidRPr="006B777A" w:rsidRDefault="00C91486">
      <w:pPr>
        <w:rPr>
          <w:lang w:val="pl-PL"/>
        </w:rPr>
      </w:pPr>
      <w:r w:rsidRPr="006B777A">
        <w:rPr>
          <w:lang w:val="pl-PL"/>
        </w:rPr>
        <w:t>4.</w:t>
      </w:r>
      <w:r w:rsidR="00700BC2">
        <w:rPr>
          <w:lang w:val="pl-PL"/>
        </w:rPr>
        <w:t>2</w:t>
      </w:r>
      <w:r w:rsidRPr="006B777A">
        <w:rPr>
          <w:lang w:val="pl-PL"/>
        </w:rPr>
        <w:t>. Główne procesy (zaznaczyć właściwe):</w:t>
      </w:r>
    </w:p>
    <w:p w14:paraId="242A2FE1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□ Sprzedaż i obsługa klienta</w:t>
      </w:r>
    </w:p>
    <w:p w14:paraId="017B8D81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□ Zakupy / zaopatrzenie</w:t>
      </w:r>
    </w:p>
    <w:p w14:paraId="7BF03B44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□ Produkcja / świadczenie usług</w:t>
      </w:r>
    </w:p>
    <w:p w14:paraId="4A1EA2C1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lastRenderedPageBreak/>
        <w:t>□ Magazyn / logistyka</w:t>
      </w:r>
    </w:p>
    <w:p w14:paraId="14569FA8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□ Finanse / księgowość</w:t>
      </w:r>
    </w:p>
    <w:p w14:paraId="5A37A5D4" w14:textId="77777777" w:rsidR="00776B37" w:rsidRDefault="00C91486">
      <w:pPr>
        <w:rPr>
          <w:lang w:val="pl-PL"/>
        </w:rPr>
      </w:pPr>
      <w:r w:rsidRPr="006B777A">
        <w:rPr>
          <w:lang w:val="pl-PL"/>
        </w:rPr>
        <w:t>□ HR / kadry / rekrutacja</w:t>
      </w:r>
    </w:p>
    <w:p w14:paraId="4BFDD22F" w14:textId="62709DC7" w:rsidR="001330C2" w:rsidRDefault="001330C2">
      <w:pPr>
        <w:rPr>
          <w:lang w:val="pl-PL"/>
        </w:rPr>
      </w:pPr>
      <w:r w:rsidRPr="001330C2">
        <w:rPr>
          <w:lang w:val="pl-PL"/>
        </w:rPr>
        <w:t>□</w:t>
      </w:r>
      <w:r>
        <w:rPr>
          <w:lang w:val="pl-PL"/>
        </w:rPr>
        <w:t xml:space="preserve"> IT / Narzędzia</w:t>
      </w:r>
      <w:r w:rsidR="001075A5">
        <w:rPr>
          <w:lang w:val="pl-PL"/>
        </w:rPr>
        <w:t>/</w:t>
      </w:r>
      <w:proofErr w:type="spellStart"/>
      <w:r w:rsidR="001075A5">
        <w:rPr>
          <w:lang w:val="pl-PL"/>
        </w:rPr>
        <w:t>Cyberbezpieczeństwo</w:t>
      </w:r>
      <w:proofErr w:type="spellEnd"/>
    </w:p>
    <w:p w14:paraId="6C159EB3" w14:textId="1228D65F" w:rsidR="001330C2" w:rsidRPr="006B777A" w:rsidRDefault="001330C2">
      <w:pPr>
        <w:rPr>
          <w:lang w:val="pl-PL"/>
        </w:rPr>
      </w:pPr>
      <w:r w:rsidRPr="001330C2">
        <w:rPr>
          <w:lang w:val="pl-PL"/>
        </w:rPr>
        <w:t>□</w:t>
      </w:r>
      <w:r>
        <w:rPr>
          <w:lang w:val="pl-PL"/>
        </w:rPr>
        <w:t xml:space="preserve"> Procesy zarządcze / organizacyjne</w:t>
      </w:r>
    </w:p>
    <w:p w14:paraId="23E19FE4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□ Inne: .................................................................</w:t>
      </w:r>
    </w:p>
    <w:p w14:paraId="21BFBA8F" w14:textId="77777777" w:rsidR="00776B37" w:rsidRPr="006B777A" w:rsidRDefault="00776B37">
      <w:pPr>
        <w:rPr>
          <w:lang w:val="pl-PL"/>
        </w:rPr>
      </w:pPr>
    </w:p>
    <w:p w14:paraId="5364B36D" w14:textId="4EF6A671" w:rsidR="00776B37" w:rsidRPr="006B777A" w:rsidRDefault="00C91486">
      <w:pPr>
        <w:rPr>
          <w:lang w:val="pl-PL"/>
        </w:rPr>
      </w:pPr>
      <w:r w:rsidRPr="006B777A">
        <w:rPr>
          <w:lang w:val="pl-PL"/>
        </w:rPr>
        <w:t>4.</w:t>
      </w:r>
      <w:r w:rsidR="00700BC2">
        <w:rPr>
          <w:lang w:val="pl-PL"/>
        </w:rPr>
        <w:t>3</w:t>
      </w:r>
      <w:r w:rsidRPr="006B777A">
        <w:rPr>
          <w:lang w:val="pl-PL"/>
        </w:rPr>
        <w:t>. Procesy krytyczne dla wyników firmy (maks. 3):</w:t>
      </w:r>
    </w:p>
    <w:p w14:paraId="59442E45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1) ......................................................................</w:t>
      </w:r>
    </w:p>
    <w:p w14:paraId="27AFE675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2) ......................................................................</w:t>
      </w:r>
    </w:p>
    <w:p w14:paraId="2228E4BB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3) ......................................................................</w:t>
      </w:r>
    </w:p>
    <w:p w14:paraId="15DBA5B0" w14:textId="77777777" w:rsidR="00776B37" w:rsidRPr="006B777A" w:rsidRDefault="00776B37">
      <w:pPr>
        <w:rPr>
          <w:lang w:val="pl-PL"/>
        </w:rPr>
      </w:pPr>
    </w:p>
    <w:p w14:paraId="26701CEB" w14:textId="613CB915" w:rsidR="00776B37" w:rsidRPr="006B777A" w:rsidRDefault="00C91486">
      <w:pPr>
        <w:rPr>
          <w:lang w:val="pl-PL"/>
        </w:rPr>
      </w:pPr>
      <w:r w:rsidRPr="006B777A">
        <w:rPr>
          <w:lang w:val="pl-PL"/>
        </w:rPr>
        <w:t>4.</w:t>
      </w:r>
      <w:r w:rsidR="00700BC2">
        <w:rPr>
          <w:lang w:val="pl-PL"/>
        </w:rPr>
        <w:t>4</w:t>
      </w:r>
      <w:r w:rsidRPr="006B777A">
        <w:rPr>
          <w:lang w:val="pl-PL"/>
        </w:rPr>
        <w:t>. Poziom uporządkowania procesów (ocena doradcy; 1–5</w:t>
      </w:r>
      <w:r w:rsidR="00C26C39">
        <w:rPr>
          <w:lang w:val="pl-PL"/>
        </w:rPr>
        <w:t>, gdzie 1 to stopień najniższy a 5 najwyższy</w:t>
      </w:r>
      <w:r w:rsidRPr="006B777A">
        <w:rPr>
          <w:lang w:val="pl-PL"/>
        </w:rPr>
        <w:t>):</w:t>
      </w:r>
    </w:p>
    <w:p w14:paraId="36121DE4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Proces 1: Ocena: .... / 5   Komentarz: ................................</w:t>
      </w:r>
    </w:p>
    <w:p w14:paraId="70118858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Proces 2: Ocena: .... / 5   Komentarz: ................................</w:t>
      </w:r>
    </w:p>
    <w:p w14:paraId="6BA893F9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Proces 3: Ocena: .... / 5   Komentarz: ................................</w:t>
      </w:r>
    </w:p>
    <w:p w14:paraId="3D41A8F9" w14:textId="77777777" w:rsidR="00776B37" w:rsidRPr="006B777A" w:rsidRDefault="00776B37">
      <w:pPr>
        <w:rPr>
          <w:lang w:val="pl-PL"/>
        </w:rPr>
      </w:pPr>
    </w:p>
    <w:p w14:paraId="1AFC397E" w14:textId="29D736E5" w:rsidR="00776B37" w:rsidRPr="006B777A" w:rsidRDefault="00C91486">
      <w:pPr>
        <w:rPr>
          <w:lang w:val="pl-PL"/>
        </w:rPr>
      </w:pPr>
      <w:r w:rsidRPr="006B777A">
        <w:rPr>
          <w:lang w:val="pl-PL"/>
        </w:rPr>
        <w:t>5. Obecny poziom cyfryzacji i automatyzacji</w:t>
      </w:r>
      <w:r w:rsidR="00D96182">
        <w:rPr>
          <w:lang w:val="pl-PL"/>
        </w:rPr>
        <w:t>.</w:t>
      </w:r>
    </w:p>
    <w:p w14:paraId="593652DD" w14:textId="77777777" w:rsidR="00776B37" w:rsidRPr="006B777A" w:rsidRDefault="00776B37">
      <w:pPr>
        <w:rPr>
          <w:lang w:val="pl-PL"/>
        </w:rPr>
      </w:pPr>
    </w:p>
    <w:p w14:paraId="1415DC0D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5.1. Systemy i narzędzia IT w firmie:</w:t>
      </w:r>
    </w:p>
    <w:p w14:paraId="25A7AA8D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Systemy księgowe / ERP: ...............................................</w:t>
      </w:r>
    </w:p>
    <w:p w14:paraId="2C46B62B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Systemy produkcyjne / magazynowe: ....................................</w:t>
      </w:r>
    </w:p>
    <w:p w14:paraId="2FC76C62" w14:textId="77777777" w:rsidR="00776B37" w:rsidRDefault="00C91486">
      <w:pPr>
        <w:rPr>
          <w:lang w:val="pl-PL"/>
        </w:rPr>
      </w:pPr>
      <w:r w:rsidRPr="006B777A">
        <w:rPr>
          <w:lang w:val="pl-PL"/>
        </w:rPr>
        <w:lastRenderedPageBreak/>
        <w:t>- CRM / systemy sprzedażowe: ...........................................</w:t>
      </w:r>
    </w:p>
    <w:p w14:paraId="06D0B153" w14:textId="77777777" w:rsidR="00C26C39" w:rsidRPr="006B777A" w:rsidRDefault="00C26C39">
      <w:pPr>
        <w:rPr>
          <w:lang w:val="pl-PL"/>
        </w:rPr>
      </w:pPr>
    </w:p>
    <w:p w14:paraId="1095C080" w14:textId="0DA3AE0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Inne kluczowe narzędzia (w tym chmura, narzędzia AI):</w:t>
      </w:r>
    </w:p>
    <w:p w14:paraId="5C069A42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 xml:space="preserve">  .......................................................................</w:t>
      </w:r>
    </w:p>
    <w:p w14:paraId="0458B2D1" w14:textId="77777777" w:rsidR="00776B37" w:rsidRPr="006B777A" w:rsidRDefault="00776B37">
      <w:pPr>
        <w:rPr>
          <w:lang w:val="pl-PL"/>
        </w:rPr>
      </w:pPr>
    </w:p>
    <w:p w14:paraId="59D0B16C" w14:textId="23CB5B18" w:rsidR="00776B37" w:rsidRPr="006B777A" w:rsidRDefault="00C91486">
      <w:pPr>
        <w:rPr>
          <w:lang w:val="pl-PL"/>
        </w:rPr>
      </w:pPr>
      <w:r w:rsidRPr="006B777A">
        <w:rPr>
          <w:lang w:val="pl-PL"/>
        </w:rPr>
        <w:t>5.2. Stopień wykorzystania automatyzacji (ocena doradcy 1–5</w:t>
      </w:r>
      <w:r w:rsidR="00700BC2">
        <w:rPr>
          <w:lang w:val="pl-PL"/>
        </w:rPr>
        <w:t>, gdzie 1 to stopień najniższy a 5 najwyższy</w:t>
      </w:r>
      <w:r w:rsidRPr="006B777A">
        <w:rPr>
          <w:lang w:val="pl-PL"/>
        </w:rPr>
        <w:t>):</w:t>
      </w:r>
    </w:p>
    <w:p w14:paraId="36337099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Procesy biurowe / administracyjne: .... / 5</w:t>
      </w:r>
    </w:p>
    <w:p w14:paraId="6E737ACA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Sprzedaż / obsługa klienta: .... / 5</w:t>
      </w:r>
    </w:p>
    <w:p w14:paraId="5F3A9616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Procesy produkcyjne / operacyjne: .... / 5</w:t>
      </w:r>
    </w:p>
    <w:p w14:paraId="659CA9D3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Wykorzystanie AI (np. analiza danych, generowanie treści): .... / 5</w:t>
      </w:r>
    </w:p>
    <w:p w14:paraId="462BE9B4" w14:textId="77777777" w:rsidR="00776B37" w:rsidRPr="006B777A" w:rsidRDefault="00776B37">
      <w:pPr>
        <w:rPr>
          <w:lang w:val="pl-PL"/>
        </w:rPr>
      </w:pPr>
    </w:p>
    <w:p w14:paraId="1DB1875E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5.3. „Wąskie gardła” i marnotrawstwa:</w:t>
      </w:r>
    </w:p>
    <w:p w14:paraId="3EA2E6FB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Czynności nadmiernie czasochłonne: ...................................</w:t>
      </w:r>
    </w:p>
    <w:p w14:paraId="0A84101E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Błędy / reklamacje związane z ręcznymi procesami: ....................</w:t>
      </w:r>
    </w:p>
    <w:p w14:paraId="076AF5B7" w14:textId="77777777" w:rsidR="00776B37" w:rsidRDefault="00C91486">
      <w:pPr>
        <w:rPr>
          <w:lang w:val="pl-PL"/>
        </w:rPr>
      </w:pPr>
      <w:r w:rsidRPr="006B777A">
        <w:rPr>
          <w:lang w:val="pl-PL"/>
        </w:rPr>
        <w:t>- Zależność od pojedynczych osób: ......................................</w:t>
      </w:r>
    </w:p>
    <w:p w14:paraId="35971FC5" w14:textId="144117A0" w:rsidR="00452143" w:rsidRPr="006B777A" w:rsidRDefault="00452143">
      <w:pPr>
        <w:rPr>
          <w:lang w:val="pl-PL"/>
        </w:rPr>
      </w:pPr>
      <w:r>
        <w:rPr>
          <w:lang w:val="pl-PL"/>
        </w:rPr>
        <w:t xml:space="preserve">- </w:t>
      </w:r>
      <w:r w:rsidR="001330C2">
        <w:rPr>
          <w:lang w:val="pl-PL"/>
        </w:rPr>
        <w:t>S</w:t>
      </w:r>
      <w:r>
        <w:rPr>
          <w:lang w:val="pl-PL"/>
        </w:rPr>
        <w:t xml:space="preserve">traty materiałowe / nadmierne odpady </w:t>
      </w:r>
      <w:r w:rsidR="001330C2">
        <w:rPr>
          <w:lang w:val="pl-PL"/>
        </w:rPr>
        <w:t>produkcyjne</w:t>
      </w:r>
      <w:r>
        <w:rPr>
          <w:lang w:val="pl-PL"/>
        </w:rPr>
        <w:t>: /………………..</w:t>
      </w:r>
    </w:p>
    <w:p w14:paraId="2D612468" w14:textId="010E393B" w:rsidR="00776B37" w:rsidRDefault="00700BC2">
      <w:pPr>
        <w:rPr>
          <w:lang w:val="pl-PL"/>
        </w:rPr>
      </w:pPr>
      <w:r>
        <w:rPr>
          <w:lang w:val="pl-PL"/>
        </w:rPr>
        <w:t>5.4</w:t>
      </w:r>
      <w:r w:rsidR="00D96182">
        <w:rPr>
          <w:lang w:val="pl-PL"/>
        </w:rPr>
        <w:t>.</w:t>
      </w:r>
      <w:r>
        <w:rPr>
          <w:lang w:val="pl-PL"/>
        </w:rPr>
        <w:t xml:space="preserve"> Obszary w firmie o największym potencjale automatyzacji</w:t>
      </w:r>
      <w:r w:rsidR="00D96182">
        <w:rPr>
          <w:lang w:val="pl-PL"/>
        </w:rPr>
        <w:t>:</w:t>
      </w:r>
    </w:p>
    <w:p w14:paraId="7D020365" w14:textId="77777777" w:rsidR="00700BC2" w:rsidRPr="006B777A" w:rsidRDefault="00700BC2" w:rsidP="00700BC2">
      <w:pPr>
        <w:rPr>
          <w:lang w:val="pl-PL"/>
        </w:rPr>
      </w:pPr>
      <w:r w:rsidRPr="006B777A">
        <w:rPr>
          <w:lang w:val="pl-PL"/>
        </w:rPr>
        <w:t>1) ......................................................................</w:t>
      </w:r>
    </w:p>
    <w:p w14:paraId="51493818" w14:textId="77777777" w:rsidR="00700BC2" w:rsidRPr="006B777A" w:rsidRDefault="00700BC2" w:rsidP="00700BC2">
      <w:pPr>
        <w:rPr>
          <w:lang w:val="pl-PL"/>
        </w:rPr>
      </w:pPr>
      <w:r w:rsidRPr="006B777A">
        <w:rPr>
          <w:lang w:val="pl-PL"/>
        </w:rPr>
        <w:t>2) ......................................................................</w:t>
      </w:r>
    </w:p>
    <w:p w14:paraId="00F9DB0C" w14:textId="77777777" w:rsidR="00700BC2" w:rsidRPr="006B777A" w:rsidRDefault="00700BC2" w:rsidP="00700BC2">
      <w:pPr>
        <w:rPr>
          <w:lang w:val="pl-PL"/>
        </w:rPr>
      </w:pPr>
      <w:r w:rsidRPr="006B777A">
        <w:rPr>
          <w:lang w:val="pl-PL"/>
        </w:rPr>
        <w:t>3) ......................................................................</w:t>
      </w:r>
    </w:p>
    <w:p w14:paraId="02BE62BB" w14:textId="4B05E615" w:rsidR="00776B37" w:rsidRPr="006B777A" w:rsidRDefault="00C91486">
      <w:pPr>
        <w:rPr>
          <w:lang w:val="pl-PL"/>
        </w:rPr>
      </w:pPr>
      <w:r w:rsidRPr="006B777A">
        <w:rPr>
          <w:lang w:val="pl-PL"/>
        </w:rPr>
        <w:t>6. Potrzeby rozwojowe i kompetencyjne (przed szkoleniami)</w:t>
      </w:r>
      <w:r w:rsidR="00D96182">
        <w:rPr>
          <w:lang w:val="pl-PL"/>
        </w:rPr>
        <w:t>.</w:t>
      </w:r>
      <w:r w:rsidR="00700BC2">
        <w:rPr>
          <w:lang w:val="pl-PL"/>
        </w:rPr>
        <w:t xml:space="preserve"> </w:t>
      </w:r>
    </w:p>
    <w:p w14:paraId="5CDE5535" w14:textId="77777777" w:rsidR="00776B37" w:rsidRPr="006B777A" w:rsidRDefault="00776B37">
      <w:pPr>
        <w:rPr>
          <w:lang w:val="pl-PL"/>
        </w:rPr>
      </w:pPr>
    </w:p>
    <w:p w14:paraId="5877B1B7" w14:textId="363A2CF9" w:rsidR="00776B37" w:rsidRPr="006B777A" w:rsidRDefault="00C91486">
      <w:pPr>
        <w:rPr>
          <w:lang w:val="pl-PL"/>
        </w:rPr>
      </w:pPr>
      <w:r w:rsidRPr="006B777A">
        <w:rPr>
          <w:lang w:val="pl-PL"/>
        </w:rPr>
        <w:lastRenderedPageBreak/>
        <w:t>6.1. Kompetencje w obszarze automatyzacji / AI – ocena doradcy (1–5</w:t>
      </w:r>
      <w:r w:rsidR="007D5DBB" w:rsidRPr="007D5DBB">
        <w:rPr>
          <w:lang w:val="pl-PL"/>
        </w:rPr>
        <w:t xml:space="preserve"> </w:t>
      </w:r>
      <w:r w:rsidR="007D5DBB">
        <w:rPr>
          <w:lang w:val="pl-PL"/>
        </w:rPr>
        <w:t>gdzie 1 to stopień najniższy a 5 najwyższy</w:t>
      </w:r>
      <w:r w:rsidRPr="006B777A">
        <w:rPr>
          <w:lang w:val="pl-PL"/>
        </w:rPr>
        <w:t>):</w:t>
      </w:r>
    </w:p>
    <w:p w14:paraId="02E993B3" w14:textId="6C4AC2D4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Określenie potrzeb i przygotowanie organizacji</w:t>
      </w:r>
      <w:r w:rsidR="005E579A">
        <w:rPr>
          <w:lang w:val="pl-PL"/>
        </w:rPr>
        <w:t xml:space="preserve"> do automatyzacji</w:t>
      </w:r>
      <w:r w:rsidRPr="006B777A">
        <w:rPr>
          <w:lang w:val="pl-PL"/>
        </w:rPr>
        <w:t>: .... / 5</w:t>
      </w:r>
    </w:p>
    <w:p w14:paraId="55D3E1D0" w14:textId="162E15C0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Planowanie strategiczne</w:t>
      </w:r>
      <w:r w:rsidR="005E579A">
        <w:rPr>
          <w:lang w:val="pl-PL"/>
        </w:rPr>
        <w:t xml:space="preserve">, </w:t>
      </w:r>
      <w:r w:rsidRPr="006B777A">
        <w:rPr>
          <w:lang w:val="pl-PL"/>
        </w:rPr>
        <w:t>zarządzanie zmianą</w:t>
      </w:r>
      <w:r w:rsidR="005E579A">
        <w:rPr>
          <w:lang w:val="pl-PL"/>
        </w:rPr>
        <w:t xml:space="preserve"> i komunikacja</w:t>
      </w:r>
      <w:r w:rsidRPr="006B777A">
        <w:rPr>
          <w:lang w:val="pl-PL"/>
        </w:rPr>
        <w:t>: .... / 5</w:t>
      </w:r>
    </w:p>
    <w:p w14:paraId="3C8AD3B6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Bezpieczeństwo, etyka i regulacje prawne (AI, dane): .... / 5</w:t>
      </w:r>
    </w:p>
    <w:p w14:paraId="34E8D438" w14:textId="1503B43C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Przygotowanie danych na potrzeby AI: .... / 5</w:t>
      </w:r>
    </w:p>
    <w:p w14:paraId="63223FC9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Wdrożenie automatyzacji i kompetencje techniczne: .... / 5</w:t>
      </w:r>
    </w:p>
    <w:p w14:paraId="33F5DAE3" w14:textId="54DDB6E0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Monitorowanie efektów i</w:t>
      </w:r>
      <w:r w:rsidR="005E579A">
        <w:rPr>
          <w:lang w:val="pl-PL"/>
        </w:rPr>
        <w:t xml:space="preserve"> stały</w:t>
      </w:r>
      <w:r w:rsidRPr="006B777A">
        <w:rPr>
          <w:lang w:val="pl-PL"/>
        </w:rPr>
        <w:t xml:space="preserve"> rozwój pracowników: .... / 5</w:t>
      </w:r>
    </w:p>
    <w:p w14:paraId="79DAFA46" w14:textId="05A10C1F" w:rsidR="00776B37" w:rsidRDefault="001330C2">
      <w:pPr>
        <w:rPr>
          <w:lang w:val="pl-PL"/>
        </w:rPr>
      </w:pPr>
      <w:r w:rsidRPr="00D96182">
        <w:rPr>
          <w:u w:val="single"/>
          <w:lang w:val="pl-PL"/>
        </w:rPr>
        <w:t>Podsumowanie</w:t>
      </w:r>
      <w:r>
        <w:rPr>
          <w:lang w:val="pl-PL"/>
        </w:rPr>
        <w:t>: jakie kompetencje są, jakie warto rozwijać, jakich brakuje z punktu widzenia rozwoju w zakresie automatyzacji / wdrożenia rozwiązań AI</w:t>
      </w:r>
      <w:r w:rsidR="0021158E">
        <w:rPr>
          <w:lang w:val="pl-PL"/>
        </w:rPr>
        <w:t>:</w:t>
      </w:r>
    </w:p>
    <w:p w14:paraId="66623088" w14:textId="77777777" w:rsidR="007D5DBB" w:rsidRPr="006B777A" w:rsidRDefault="007D5DBB" w:rsidP="007D5DBB">
      <w:pPr>
        <w:rPr>
          <w:lang w:val="pl-PL"/>
        </w:rPr>
      </w:pPr>
      <w:r w:rsidRPr="006B777A">
        <w:rPr>
          <w:lang w:val="pl-PL"/>
        </w:rPr>
        <w:t>1) ......................................................................</w:t>
      </w:r>
    </w:p>
    <w:p w14:paraId="5FECBE6D" w14:textId="77777777" w:rsidR="007D5DBB" w:rsidRPr="006B777A" w:rsidRDefault="007D5DBB" w:rsidP="007D5DBB">
      <w:pPr>
        <w:rPr>
          <w:lang w:val="pl-PL"/>
        </w:rPr>
      </w:pPr>
      <w:r w:rsidRPr="006B777A">
        <w:rPr>
          <w:lang w:val="pl-PL"/>
        </w:rPr>
        <w:t>2) ......................................................................</w:t>
      </w:r>
    </w:p>
    <w:p w14:paraId="18524074" w14:textId="77777777" w:rsidR="007D5DBB" w:rsidRPr="006B777A" w:rsidRDefault="007D5DBB" w:rsidP="007D5DBB">
      <w:pPr>
        <w:rPr>
          <w:lang w:val="pl-PL"/>
        </w:rPr>
      </w:pPr>
      <w:r w:rsidRPr="006B777A">
        <w:rPr>
          <w:lang w:val="pl-PL"/>
        </w:rPr>
        <w:t>3) ......................................................................</w:t>
      </w:r>
    </w:p>
    <w:p w14:paraId="6AB15278" w14:textId="77777777" w:rsidR="007D5DBB" w:rsidRPr="006B777A" w:rsidRDefault="007D5DBB">
      <w:pPr>
        <w:rPr>
          <w:lang w:val="pl-PL"/>
        </w:rPr>
      </w:pPr>
    </w:p>
    <w:p w14:paraId="60C03807" w14:textId="2C49457E" w:rsidR="00776B37" w:rsidRPr="006B777A" w:rsidRDefault="00C91486">
      <w:pPr>
        <w:rPr>
          <w:lang w:val="pl-PL"/>
        </w:rPr>
      </w:pPr>
      <w:r w:rsidRPr="006B777A">
        <w:rPr>
          <w:lang w:val="pl-PL"/>
        </w:rPr>
        <w:t>6.2. Potrzeby rozwojowe delegowanych Uczestników/Uczestniczek</w:t>
      </w:r>
      <w:r w:rsidR="007D5DBB">
        <w:rPr>
          <w:lang w:val="pl-PL"/>
        </w:rPr>
        <w:t xml:space="preserve"> w </w:t>
      </w:r>
      <w:r w:rsidR="00D96182">
        <w:rPr>
          <w:lang w:val="pl-PL"/>
        </w:rPr>
        <w:t>kontekście określonych</w:t>
      </w:r>
      <w:r w:rsidR="007D5DBB">
        <w:rPr>
          <w:lang w:val="pl-PL"/>
        </w:rPr>
        <w:t xml:space="preserve"> potrzeb kompetencyjnych </w:t>
      </w:r>
      <w:r w:rsidRPr="006B777A">
        <w:rPr>
          <w:lang w:val="pl-PL"/>
        </w:rPr>
        <w:t>:</w:t>
      </w:r>
    </w:p>
    <w:p w14:paraId="49325443" w14:textId="77777777" w:rsidR="00776B37" w:rsidRPr="006B777A" w:rsidRDefault="00776B37">
      <w:pPr>
        <w:rPr>
          <w:lang w:val="pl-PL"/>
        </w:rPr>
      </w:pPr>
    </w:p>
    <w:p w14:paraId="2AD76183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Uczestnik/Uczestniczka 1 – stanowisko: .................................</w:t>
      </w:r>
    </w:p>
    <w:p w14:paraId="23C4A9E5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Kluczowe zadania: ....................................................</w:t>
      </w:r>
    </w:p>
    <w:p w14:paraId="4AB67EB9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Główne luki kompetencyjne: ..........................................</w:t>
      </w:r>
    </w:p>
    <w:p w14:paraId="56285274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Priorytetowe obszary szkoleniowe: ....................................</w:t>
      </w:r>
    </w:p>
    <w:p w14:paraId="63EFFE69" w14:textId="77777777" w:rsidR="00776B37" w:rsidRPr="006B777A" w:rsidRDefault="00776B37">
      <w:pPr>
        <w:rPr>
          <w:lang w:val="pl-PL"/>
        </w:rPr>
      </w:pPr>
    </w:p>
    <w:p w14:paraId="08FFECEC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Uczestnik/Uczestniczka 2 – stanowisko: .................................</w:t>
      </w:r>
    </w:p>
    <w:p w14:paraId="5D30C6FD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Kluczowe zadania: ....................................................</w:t>
      </w:r>
    </w:p>
    <w:p w14:paraId="334ECD06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lastRenderedPageBreak/>
        <w:t>- Główne luki kompetencyjne: ..........................................</w:t>
      </w:r>
    </w:p>
    <w:p w14:paraId="711C3558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Priorytetowe obszary szkoleniowe: ....................................</w:t>
      </w:r>
    </w:p>
    <w:p w14:paraId="62376CD3" w14:textId="77777777" w:rsidR="00776B37" w:rsidRPr="006B777A" w:rsidRDefault="00776B37">
      <w:pPr>
        <w:rPr>
          <w:lang w:val="pl-PL"/>
        </w:rPr>
      </w:pPr>
    </w:p>
    <w:p w14:paraId="0356BE3C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6.3. Minimalne wymagania / niezbędne kompetencje do udziału w szkoleniach:</w:t>
      </w:r>
    </w:p>
    <w:p w14:paraId="31CCC6A2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.......................................................................</w:t>
      </w:r>
    </w:p>
    <w:p w14:paraId="17ED0F98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.......................................................................</w:t>
      </w:r>
    </w:p>
    <w:p w14:paraId="7C7BEC6B" w14:textId="77777777" w:rsidR="00776B37" w:rsidRPr="006B777A" w:rsidRDefault="00776B37">
      <w:pPr>
        <w:rPr>
          <w:lang w:val="pl-PL"/>
        </w:rPr>
      </w:pPr>
    </w:p>
    <w:p w14:paraId="3929B989" w14:textId="11FBB371" w:rsidR="00776B37" w:rsidRPr="006B777A" w:rsidRDefault="00C91486">
      <w:pPr>
        <w:rPr>
          <w:lang w:val="pl-PL"/>
        </w:rPr>
      </w:pPr>
      <w:r w:rsidRPr="006B777A">
        <w:rPr>
          <w:lang w:val="pl-PL"/>
        </w:rPr>
        <w:t>7. Uzasadnienie udziału w projekcie i w usługach rozwojowych</w:t>
      </w:r>
      <w:r w:rsidR="00D96182">
        <w:rPr>
          <w:lang w:val="pl-PL"/>
        </w:rPr>
        <w:t>.</w:t>
      </w:r>
    </w:p>
    <w:p w14:paraId="10BF8F92" w14:textId="77777777" w:rsidR="00776B37" w:rsidRPr="006B777A" w:rsidRDefault="00776B37">
      <w:pPr>
        <w:rPr>
          <w:lang w:val="pl-PL"/>
        </w:rPr>
      </w:pPr>
    </w:p>
    <w:p w14:paraId="1FF37C81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7.1. Uzasadnienie udziału firmy i uczestników:</w:t>
      </w:r>
    </w:p>
    <w:p w14:paraId="5AFC17A2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Problem / wyzwanie do rozwiązania: ...................................</w:t>
      </w:r>
    </w:p>
    <w:p w14:paraId="14239997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W jaki sposób udział w projekcie ma pomóc: ...........................</w:t>
      </w:r>
    </w:p>
    <w:p w14:paraId="34C7F35F" w14:textId="77777777" w:rsidR="00776B37" w:rsidRPr="006B777A" w:rsidRDefault="00776B37">
      <w:pPr>
        <w:rPr>
          <w:lang w:val="pl-PL"/>
        </w:rPr>
      </w:pPr>
    </w:p>
    <w:p w14:paraId="75D06238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7.2. Uzasadnienie skorzystania z doradztwa biznesowego (etap wstępny):</w:t>
      </w:r>
    </w:p>
    <w:p w14:paraId="5654EEF6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Zakres, w którym doradztwo jest niezbędne: ...........................</w:t>
      </w:r>
    </w:p>
    <w:p w14:paraId="13602D82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Oczekiwany efekt doradztwa dla firmy: ...............................</w:t>
      </w:r>
    </w:p>
    <w:p w14:paraId="6BBE9B68" w14:textId="77777777" w:rsidR="00776B37" w:rsidRPr="006B777A" w:rsidRDefault="00776B37">
      <w:pPr>
        <w:rPr>
          <w:lang w:val="pl-PL"/>
        </w:rPr>
      </w:pPr>
    </w:p>
    <w:p w14:paraId="0A5CD40E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8. Wstępne rekomendacje dot. usług rozwojowych</w:t>
      </w:r>
    </w:p>
    <w:p w14:paraId="263FC686" w14:textId="77777777" w:rsidR="00776B37" w:rsidRPr="006B777A" w:rsidRDefault="00776B37">
      <w:pPr>
        <w:rPr>
          <w:lang w:val="pl-PL"/>
        </w:rPr>
      </w:pPr>
    </w:p>
    <w:p w14:paraId="77AFC750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8.1. Proponowane obszary szkoleniowe:</w:t>
      </w:r>
    </w:p>
    <w:p w14:paraId="2D7E3097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Obszar / temat szkolenia 1, priorytet i uzasadnienie: ................</w:t>
      </w:r>
    </w:p>
    <w:p w14:paraId="5D1AD351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Obszar / temat szkolenia 2, priorytet i uzasadnienie: ................</w:t>
      </w:r>
    </w:p>
    <w:p w14:paraId="6929A8AF" w14:textId="77777777" w:rsidR="00776B37" w:rsidRDefault="00776B37">
      <w:pPr>
        <w:rPr>
          <w:lang w:val="pl-PL"/>
        </w:rPr>
      </w:pPr>
    </w:p>
    <w:p w14:paraId="2CA143E6" w14:textId="77777777" w:rsidR="00C26C39" w:rsidRPr="006B777A" w:rsidRDefault="00C26C39">
      <w:pPr>
        <w:rPr>
          <w:lang w:val="pl-PL"/>
        </w:rPr>
      </w:pPr>
    </w:p>
    <w:p w14:paraId="7E392EBE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8.2. Rekomendowany zakres dalszego doradztwa biznesowego (po szkoleniach):</w:t>
      </w:r>
    </w:p>
    <w:p w14:paraId="72C321D0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Sugerowany obszar:</w:t>
      </w:r>
    </w:p>
    <w:p w14:paraId="42F50CE4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 xml:space="preserve">  □ Diagnoza stanu pod kątem automatyzacji</w:t>
      </w:r>
    </w:p>
    <w:p w14:paraId="4DFC690F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 xml:space="preserve">  □ Plan wdrożenia automatyzacji</w:t>
      </w:r>
    </w:p>
    <w:p w14:paraId="6757434E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 xml:space="preserve">  □ Doprecyzowanie procesów do automatyzacji</w:t>
      </w:r>
    </w:p>
    <w:p w14:paraId="19BE05E4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 xml:space="preserve">  □ Inne: ...............................................................</w:t>
      </w:r>
    </w:p>
    <w:p w14:paraId="29F4CDA7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Uzasadnienie: ........................................................</w:t>
      </w:r>
    </w:p>
    <w:p w14:paraId="2F8240A2" w14:textId="77777777" w:rsidR="00776B37" w:rsidRPr="006B777A" w:rsidRDefault="00776B37">
      <w:pPr>
        <w:rPr>
          <w:lang w:val="pl-PL"/>
        </w:rPr>
      </w:pPr>
    </w:p>
    <w:p w14:paraId="32F64CD6" w14:textId="7A2C3219" w:rsidR="00776B37" w:rsidRPr="006B777A" w:rsidRDefault="00C91486">
      <w:pPr>
        <w:rPr>
          <w:lang w:val="pl-PL"/>
        </w:rPr>
      </w:pPr>
      <w:r w:rsidRPr="006B777A">
        <w:rPr>
          <w:lang w:val="pl-PL"/>
        </w:rPr>
        <w:t>9. Podsumowanie audytu</w:t>
      </w:r>
      <w:r w:rsidR="007D5DBB">
        <w:rPr>
          <w:lang w:val="pl-PL"/>
        </w:rPr>
        <w:t xml:space="preserve"> potrzeb</w:t>
      </w:r>
      <w:r w:rsidR="0021158E">
        <w:rPr>
          <w:lang w:val="pl-PL"/>
        </w:rPr>
        <w:t>:</w:t>
      </w:r>
    </w:p>
    <w:p w14:paraId="2DEE7A3F" w14:textId="77777777" w:rsidR="00776B37" w:rsidRPr="006B777A" w:rsidRDefault="00776B37">
      <w:pPr>
        <w:rPr>
          <w:lang w:val="pl-PL"/>
        </w:rPr>
      </w:pPr>
    </w:p>
    <w:p w14:paraId="30D487D2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9.1. Najważniejsze ustalenia (maks. 5 punktów):</w:t>
      </w:r>
    </w:p>
    <w:p w14:paraId="646B6152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1) ......................................................................</w:t>
      </w:r>
    </w:p>
    <w:p w14:paraId="0681856C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2) ......................................................................</w:t>
      </w:r>
    </w:p>
    <w:p w14:paraId="31E832AA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3) ......................................................................</w:t>
      </w:r>
    </w:p>
    <w:p w14:paraId="33EC609A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4) ......................................................................</w:t>
      </w:r>
    </w:p>
    <w:p w14:paraId="0E42BA4E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5) ......................................................................</w:t>
      </w:r>
    </w:p>
    <w:p w14:paraId="30F20B51" w14:textId="77777777" w:rsidR="00776B37" w:rsidRPr="006B777A" w:rsidRDefault="00776B37">
      <w:pPr>
        <w:rPr>
          <w:lang w:val="pl-PL"/>
        </w:rPr>
      </w:pPr>
    </w:p>
    <w:p w14:paraId="50A8F91E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9.2. Rekomendowane wskaźniki do monitorowania po szkoleniach:</w:t>
      </w:r>
    </w:p>
    <w:p w14:paraId="7D69D3CE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.......................................................................</w:t>
      </w:r>
    </w:p>
    <w:p w14:paraId="5FEF72DB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- .......................................................................</w:t>
      </w:r>
    </w:p>
    <w:p w14:paraId="0016207E" w14:textId="77777777" w:rsidR="00776B37" w:rsidRDefault="00776B37">
      <w:pPr>
        <w:rPr>
          <w:lang w:val="pl-PL"/>
        </w:rPr>
      </w:pPr>
    </w:p>
    <w:p w14:paraId="168C8632" w14:textId="77777777" w:rsidR="00C26C39" w:rsidRDefault="00C26C39">
      <w:pPr>
        <w:rPr>
          <w:lang w:val="pl-PL"/>
        </w:rPr>
      </w:pPr>
    </w:p>
    <w:p w14:paraId="5EE49E29" w14:textId="77777777" w:rsidR="00C26C39" w:rsidRPr="006B777A" w:rsidRDefault="00C26C39">
      <w:pPr>
        <w:rPr>
          <w:lang w:val="pl-PL"/>
        </w:rPr>
      </w:pPr>
    </w:p>
    <w:p w14:paraId="6BE92895" w14:textId="46354D19" w:rsidR="00776B37" w:rsidRPr="006B777A" w:rsidRDefault="00C91486">
      <w:pPr>
        <w:rPr>
          <w:lang w:val="pl-PL"/>
        </w:rPr>
      </w:pPr>
      <w:r w:rsidRPr="006B777A">
        <w:rPr>
          <w:lang w:val="pl-PL"/>
        </w:rPr>
        <w:t>10. Potwierdzenia</w:t>
      </w:r>
      <w:r w:rsidR="00F11BF2">
        <w:rPr>
          <w:lang w:val="pl-PL"/>
        </w:rPr>
        <w:t>.</w:t>
      </w:r>
    </w:p>
    <w:p w14:paraId="6AC6DFC7" w14:textId="77777777" w:rsidR="00776B37" w:rsidRPr="006B777A" w:rsidRDefault="00776B37">
      <w:pPr>
        <w:rPr>
          <w:lang w:val="pl-PL"/>
        </w:rPr>
      </w:pPr>
    </w:p>
    <w:p w14:paraId="6A83C250" w14:textId="77777777" w:rsidR="00776B37" w:rsidRDefault="00C91486">
      <w:pPr>
        <w:rPr>
          <w:lang w:val="pl-PL"/>
        </w:rPr>
      </w:pPr>
      <w:r w:rsidRPr="006B777A">
        <w:rPr>
          <w:lang w:val="pl-PL"/>
        </w:rPr>
        <w:t>Doradca biznesowy (imię, nazwisko, podpis, data):</w:t>
      </w:r>
    </w:p>
    <w:p w14:paraId="726A299E" w14:textId="77777777" w:rsidR="00C26C39" w:rsidRPr="006B777A" w:rsidRDefault="00C26C39">
      <w:pPr>
        <w:rPr>
          <w:lang w:val="pl-PL"/>
        </w:rPr>
      </w:pPr>
    </w:p>
    <w:p w14:paraId="5BC25BFD" w14:textId="77777777" w:rsidR="00776B37" w:rsidRPr="006B777A" w:rsidRDefault="00C91486">
      <w:pPr>
        <w:rPr>
          <w:lang w:val="pl-PL"/>
        </w:rPr>
      </w:pPr>
      <w:r w:rsidRPr="006B777A">
        <w:rPr>
          <w:lang w:val="pl-PL"/>
        </w:rPr>
        <w:t>........................................................................</w:t>
      </w:r>
    </w:p>
    <w:p w14:paraId="4A4FEC73" w14:textId="77777777" w:rsidR="00776B37" w:rsidRPr="006B777A" w:rsidRDefault="00776B37">
      <w:pPr>
        <w:rPr>
          <w:lang w:val="pl-PL"/>
        </w:rPr>
      </w:pPr>
    </w:p>
    <w:p w14:paraId="772ED50F" w14:textId="77777777" w:rsidR="00776B37" w:rsidRDefault="00C91486">
      <w:pPr>
        <w:rPr>
          <w:lang w:val="pl-PL"/>
        </w:rPr>
      </w:pPr>
      <w:r w:rsidRPr="006B777A">
        <w:rPr>
          <w:lang w:val="pl-PL"/>
        </w:rPr>
        <w:t>Przedstawiciel firmy (imię, nazwisko, funkcja, podpis, data):</w:t>
      </w:r>
    </w:p>
    <w:p w14:paraId="32BBD29C" w14:textId="77777777" w:rsidR="00C26C39" w:rsidRPr="006B777A" w:rsidRDefault="00C26C39">
      <w:pPr>
        <w:rPr>
          <w:lang w:val="pl-PL"/>
        </w:rPr>
      </w:pPr>
    </w:p>
    <w:p w14:paraId="5AB0A61F" w14:textId="77777777" w:rsidR="00776B37" w:rsidRDefault="00C91486">
      <w:r>
        <w:t>........................................................................</w:t>
      </w:r>
    </w:p>
    <w:sectPr w:rsidR="00776B37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9A568" w14:textId="77777777" w:rsidR="007D77FB" w:rsidRDefault="007D77FB" w:rsidP="00700BC2">
      <w:pPr>
        <w:spacing w:after="0" w:line="240" w:lineRule="auto"/>
      </w:pPr>
      <w:r>
        <w:separator/>
      </w:r>
    </w:p>
  </w:endnote>
  <w:endnote w:type="continuationSeparator" w:id="0">
    <w:p w14:paraId="47CA57E9" w14:textId="77777777" w:rsidR="007D77FB" w:rsidRDefault="007D77FB" w:rsidP="00700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766697"/>
      <w:docPartObj>
        <w:docPartGallery w:val="Page Numbers (Bottom of Page)"/>
        <w:docPartUnique/>
      </w:docPartObj>
    </w:sdtPr>
    <w:sdtEndPr/>
    <w:sdtContent>
      <w:p w14:paraId="603B281C" w14:textId="2BE609CF" w:rsidR="003E3AF0" w:rsidRDefault="003E3AF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51021FC" w14:textId="77777777" w:rsidR="003E3AF0" w:rsidRDefault="003E3A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3D84D" w14:textId="77777777" w:rsidR="007D77FB" w:rsidRDefault="007D77FB" w:rsidP="00700BC2">
      <w:pPr>
        <w:spacing w:after="0" w:line="240" w:lineRule="auto"/>
      </w:pPr>
      <w:r>
        <w:separator/>
      </w:r>
    </w:p>
  </w:footnote>
  <w:footnote w:type="continuationSeparator" w:id="0">
    <w:p w14:paraId="462F2172" w14:textId="77777777" w:rsidR="007D77FB" w:rsidRDefault="007D77FB" w:rsidP="00700BC2">
      <w:pPr>
        <w:spacing w:after="0" w:line="240" w:lineRule="auto"/>
      </w:pPr>
      <w:r>
        <w:continuationSeparator/>
      </w:r>
    </w:p>
  </w:footnote>
  <w:footnote w:id="1">
    <w:p w14:paraId="35913529" w14:textId="2B6D838A" w:rsidR="00902B63" w:rsidRPr="00B9313E" w:rsidRDefault="00902B6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B9313E">
        <w:rPr>
          <w:lang w:val="pl-PL"/>
        </w:rPr>
        <w:t xml:space="preserve"> </w:t>
      </w:r>
      <w:r w:rsidRPr="00F87BF8">
        <w:rPr>
          <w:lang w:val="pl-PL"/>
        </w:rPr>
        <w:t>Udział % pracy własnej eksperta w przygotowanym raporcie</w:t>
      </w:r>
      <w:r w:rsidR="00C94860" w:rsidRPr="00F87BF8">
        <w:rPr>
          <w:lang w:val="pl-PL"/>
        </w:rPr>
        <w:t xml:space="preserve"> może wynosić</w:t>
      </w:r>
      <w:r w:rsidRPr="00F87BF8">
        <w:rPr>
          <w:lang w:val="pl-PL"/>
        </w:rPr>
        <w:t xml:space="preserve"> maksymalnie: 30%</w:t>
      </w:r>
      <w:r w:rsidR="00F87BF8" w:rsidRPr="00F87BF8">
        <w:rPr>
          <w:lang w:val="pl-PL"/>
        </w:rPr>
        <w:t xml:space="preserve"> czasu trwania usługi doradztwa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9DB64" w14:textId="566FF094" w:rsidR="00700BC2" w:rsidRDefault="00700BC2">
    <w:pPr>
      <w:pStyle w:val="Nagwek"/>
    </w:pPr>
    <w:r w:rsidRPr="00E33B03">
      <w:rPr>
        <w:rFonts w:cstheme="minorHAnsi"/>
        <w:noProof/>
        <w:szCs w:val="24"/>
      </w:rPr>
      <w:drawing>
        <wp:inline distT="0" distB="0" distL="0" distR="0" wp14:anchorId="127F59A7" wp14:editId="6A20AE44">
          <wp:extent cx="5486400" cy="806752"/>
          <wp:effectExtent l="0" t="0" r="0" b="0"/>
          <wp:docPr id="2" name="Obraz 1" descr="obra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bra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8067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EE89C" w14:textId="77777777" w:rsidR="00700BC2" w:rsidRDefault="00700B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5719882">
    <w:abstractNumId w:val="8"/>
  </w:num>
  <w:num w:numId="2" w16cid:durableId="425078991">
    <w:abstractNumId w:val="6"/>
  </w:num>
  <w:num w:numId="3" w16cid:durableId="921181130">
    <w:abstractNumId w:val="5"/>
  </w:num>
  <w:num w:numId="4" w16cid:durableId="273368721">
    <w:abstractNumId w:val="4"/>
  </w:num>
  <w:num w:numId="5" w16cid:durableId="373697686">
    <w:abstractNumId w:val="7"/>
  </w:num>
  <w:num w:numId="6" w16cid:durableId="1872498846">
    <w:abstractNumId w:val="3"/>
  </w:num>
  <w:num w:numId="7" w16cid:durableId="1888561892">
    <w:abstractNumId w:val="2"/>
  </w:num>
  <w:num w:numId="8" w16cid:durableId="224993452">
    <w:abstractNumId w:val="1"/>
  </w:num>
  <w:num w:numId="9" w16cid:durableId="147502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D69"/>
    <w:rsid w:val="0006063C"/>
    <w:rsid w:val="001075A5"/>
    <w:rsid w:val="00130C49"/>
    <w:rsid w:val="001330C2"/>
    <w:rsid w:val="0015074B"/>
    <w:rsid w:val="00170EE2"/>
    <w:rsid w:val="0017746C"/>
    <w:rsid w:val="00190A04"/>
    <w:rsid w:val="001C1C6C"/>
    <w:rsid w:val="001D010F"/>
    <w:rsid w:val="00206B41"/>
    <w:rsid w:val="0021158E"/>
    <w:rsid w:val="0026454E"/>
    <w:rsid w:val="0029639D"/>
    <w:rsid w:val="002E6D85"/>
    <w:rsid w:val="00326F90"/>
    <w:rsid w:val="003612A4"/>
    <w:rsid w:val="00387C2D"/>
    <w:rsid w:val="003953E7"/>
    <w:rsid w:val="003D1A8A"/>
    <w:rsid w:val="003D7DF2"/>
    <w:rsid w:val="003E3AF0"/>
    <w:rsid w:val="00402035"/>
    <w:rsid w:val="00452143"/>
    <w:rsid w:val="004A2EF4"/>
    <w:rsid w:val="004B150E"/>
    <w:rsid w:val="00514E48"/>
    <w:rsid w:val="00537607"/>
    <w:rsid w:val="005772EE"/>
    <w:rsid w:val="005C43AC"/>
    <w:rsid w:val="005E579A"/>
    <w:rsid w:val="005E6EFA"/>
    <w:rsid w:val="00605A0A"/>
    <w:rsid w:val="0068206B"/>
    <w:rsid w:val="006A59F9"/>
    <w:rsid w:val="006B777A"/>
    <w:rsid w:val="006C267C"/>
    <w:rsid w:val="006E14D6"/>
    <w:rsid w:val="006E4F8D"/>
    <w:rsid w:val="00700BC2"/>
    <w:rsid w:val="00726FF3"/>
    <w:rsid w:val="007570CF"/>
    <w:rsid w:val="00776B37"/>
    <w:rsid w:val="00780D67"/>
    <w:rsid w:val="007D5DBB"/>
    <w:rsid w:val="007D77FB"/>
    <w:rsid w:val="007E5A21"/>
    <w:rsid w:val="008364FE"/>
    <w:rsid w:val="00846FC2"/>
    <w:rsid w:val="00891F39"/>
    <w:rsid w:val="008A7C51"/>
    <w:rsid w:val="008B3B5B"/>
    <w:rsid w:val="008D26A6"/>
    <w:rsid w:val="008F33B0"/>
    <w:rsid w:val="00902B63"/>
    <w:rsid w:val="00903DF0"/>
    <w:rsid w:val="00911DDA"/>
    <w:rsid w:val="0091222C"/>
    <w:rsid w:val="0091466F"/>
    <w:rsid w:val="009478A7"/>
    <w:rsid w:val="0097212D"/>
    <w:rsid w:val="00995CBB"/>
    <w:rsid w:val="009B38C4"/>
    <w:rsid w:val="009D13F8"/>
    <w:rsid w:val="009F1FA5"/>
    <w:rsid w:val="00A264F9"/>
    <w:rsid w:val="00A70AFC"/>
    <w:rsid w:val="00AA1D8D"/>
    <w:rsid w:val="00B15E93"/>
    <w:rsid w:val="00B47730"/>
    <w:rsid w:val="00B6477D"/>
    <w:rsid w:val="00B70A9F"/>
    <w:rsid w:val="00B9313E"/>
    <w:rsid w:val="00C26C39"/>
    <w:rsid w:val="00C438B2"/>
    <w:rsid w:val="00C8345C"/>
    <w:rsid w:val="00C83ED3"/>
    <w:rsid w:val="00C91486"/>
    <w:rsid w:val="00C94860"/>
    <w:rsid w:val="00CB0664"/>
    <w:rsid w:val="00CF347B"/>
    <w:rsid w:val="00D17323"/>
    <w:rsid w:val="00D92C96"/>
    <w:rsid w:val="00D95948"/>
    <w:rsid w:val="00D96182"/>
    <w:rsid w:val="00E042A5"/>
    <w:rsid w:val="00E47262"/>
    <w:rsid w:val="00E5415C"/>
    <w:rsid w:val="00EF0144"/>
    <w:rsid w:val="00F11BF2"/>
    <w:rsid w:val="00F853FD"/>
    <w:rsid w:val="00F87BF8"/>
    <w:rsid w:val="00F968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6811FA"/>
  <w14:defaultImageDpi w14:val="300"/>
  <w15:docId w15:val="{34622D8D-E47F-457B-95D4-DDDABC6F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5DBB"/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6B77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77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777A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77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777A"/>
    <w:rPr>
      <w:rFonts w:ascii="Calibri" w:hAnsi="Calibr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52143"/>
    <w:pPr>
      <w:spacing w:after="0" w:line="240" w:lineRule="auto"/>
    </w:pPr>
    <w:rPr>
      <w:rFonts w:ascii="Calibri" w:hAnsi="Calibri"/>
      <w:sz w:val="24"/>
    </w:rPr>
  </w:style>
  <w:style w:type="character" w:styleId="Hipercze">
    <w:name w:val="Hyperlink"/>
    <w:basedOn w:val="Domylnaczcionkaakapitu"/>
    <w:uiPriority w:val="99"/>
    <w:unhideWhenUsed/>
    <w:rsid w:val="0097212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212D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2B6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02B63"/>
    <w:rPr>
      <w:rFonts w:ascii="Calibri" w:hAnsi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2B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1296</Words>
  <Characters>7782</Characters>
  <Application>Microsoft Office Word</Application>
  <DocSecurity>0</DocSecurity>
  <Lines>64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Anita Jarzabek</cp:lastModifiedBy>
  <cp:revision>29</cp:revision>
  <cp:lastPrinted>2026-09-24T13:36:00Z</cp:lastPrinted>
  <dcterms:created xsi:type="dcterms:W3CDTF">2026-04-29T11:18:00Z</dcterms:created>
  <dcterms:modified xsi:type="dcterms:W3CDTF">2026-09-24T16:06:00Z</dcterms:modified>
  <cp:category/>
</cp:coreProperties>
</file>