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0DEF6" w14:textId="129C49D6" w:rsidR="00857B85" w:rsidRPr="007B735E" w:rsidRDefault="00857B85" w:rsidP="00857B85">
      <w:pPr>
        <w:spacing w:after="120" w:line="240" w:lineRule="auto"/>
        <w:jc w:val="right"/>
        <w:rPr>
          <w:b/>
          <w:bCs/>
          <w:sz w:val="20"/>
          <w:szCs w:val="20"/>
          <w:lang w:val="pl-PL"/>
        </w:rPr>
      </w:pPr>
      <w:r w:rsidRPr="007B735E">
        <w:rPr>
          <w:b/>
          <w:bCs/>
          <w:sz w:val="20"/>
          <w:szCs w:val="20"/>
          <w:lang w:val="pl-PL"/>
        </w:rPr>
        <w:t>Załącznik</w:t>
      </w:r>
      <w:r w:rsidR="008769F3">
        <w:rPr>
          <w:b/>
          <w:bCs/>
          <w:sz w:val="20"/>
          <w:szCs w:val="20"/>
          <w:lang w:val="pl-PL"/>
        </w:rPr>
        <w:t xml:space="preserve"> nr</w:t>
      </w:r>
      <w:r w:rsidRPr="007B735E">
        <w:rPr>
          <w:b/>
          <w:bCs/>
          <w:sz w:val="20"/>
          <w:szCs w:val="20"/>
          <w:lang w:val="pl-PL"/>
        </w:rPr>
        <w:t xml:space="preserve"> 8a do Regulaminu</w:t>
      </w:r>
    </w:p>
    <w:p w14:paraId="28E81D57" w14:textId="77777777" w:rsidR="00857B85" w:rsidRDefault="00857B85" w:rsidP="005502C7">
      <w:pPr>
        <w:jc w:val="center"/>
        <w:rPr>
          <w:b/>
          <w:lang w:val="pl-PL"/>
        </w:rPr>
      </w:pPr>
    </w:p>
    <w:p w14:paraId="4B446DA6" w14:textId="564ED256" w:rsidR="00CC6192" w:rsidRPr="006D0401" w:rsidRDefault="00611DBE" w:rsidP="005502C7">
      <w:pPr>
        <w:jc w:val="center"/>
        <w:rPr>
          <w:lang w:val="pl-PL"/>
        </w:rPr>
      </w:pPr>
      <w:r w:rsidRPr="006D0401">
        <w:rPr>
          <w:b/>
          <w:lang w:val="pl-PL"/>
        </w:rPr>
        <w:t xml:space="preserve">KARTA DORADZTWA </w:t>
      </w:r>
      <w:r w:rsidR="00E73CE9">
        <w:rPr>
          <w:b/>
          <w:lang w:val="pl-PL"/>
        </w:rPr>
        <w:t>TRANSFERU KOMPETENCJI</w:t>
      </w:r>
    </w:p>
    <w:p w14:paraId="1B2F5E50" w14:textId="565FF78B" w:rsidR="00CC6192" w:rsidRPr="006D0401" w:rsidRDefault="00611DBE" w:rsidP="005502C7">
      <w:pPr>
        <w:jc w:val="center"/>
        <w:rPr>
          <w:lang w:val="pl-PL"/>
        </w:rPr>
      </w:pPr>
      <w:r w:rsidRPr="006D0401">
        <w:rPr>
          <w:lang w:val="pl-PL"/>
        </w:rPr>
        <w:t>(realizowana po zakończeniu</w:t>
      </w:r>
      <w:r w:rsidR="00D75CEA">
        <w:rPr>
          <w:lang w:val="pl-PL"/>
        </w:rPr>
        <w:t xml:space="preserve"> komponentu Usług szkoleniowych</w:t>
      </w:r>
      <w:r w:rsidRPr="006D0401">
        <w:rPr>
          <w:lang w:val="pl-PL"/>
        </w:rPr>
        <w:t>)</w:t>
      </w:r>
    </w:p>
    <w:p w14:paraId="0341D0D9" w14:textId="77777777" w:rsidR="00CC6192" w:rsidRPr="006D0401" w:rsidRDefault="00CC6192">
      <w:pPr>
        <w:rPr>
          <w:lang w:val="pl-PL"/>
        </w:rPr>
      </w:pPr>
    </w:p>
    <w:p w14:paraId="0EF5C7A3" w14:textId="573D978E" w:rsidR="00CC6192" w:rsidRPr="006D0401" w:rsidRDefault="00611DBE">
      <w:pPr>
        <w:rPr>
          <w:lang w:val="pl-PL"/>
        </w:rPr>
      </w:pPr>
      <w:r w:rsidRPr="006D0401">
        <w:rPr>
          <w:lang w:val="pl-PL"/>
        </w:rPr>
        <w:t>1. Informacje ogólne o doradztwie</w:t>
      </w:r>
      <w:r w:rsidR="008F1F87">
        <w:rPr>
          <w:lang w:val="pl-PL"/>
        </w:rPr>
        <w:t>.</w:t>
      </w:r>
    </w:p>
    <w:p w14:paraId="05F8718B" w14:textId="77777777" w:rsidR="00CC6192" w:rsidRPr="006D0401" w:rsidRDefault="00CC6192">
      <w:pPr>
        <w:rPr>
          <w:lang w:val="pl-PL"/>
        </w:rPr>
      </w:pPr>
    </w:p>
    <w:p w14:paraId="272883E4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1.1. Projekt / makroregion / ID wsparcia:</w:t>
      </w:r>
    </w:p>
    <w:p w14:paraId="5858839D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Nazwa projektu: .......................................................</w:t>
      </w:r>
    </w:p>
    <w:p w14:paraId="56BE0A4E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Makroregion: ..........................................................</w:t>
      </w:r>
    </w:p>
    <w:p w14:paraId="539E3E3B" w14:textId="77777777" w:rsidR="00CC6192" w:rsidRDefault="00611DBE">
      <w:pPr>
        <w:rPr>
          <w:lang w:val="pl-PL"/>
        </w:rPr>
      </w:pPr>
      <w:r w:rsidRPr="006D0401">
        <w:rPr>
          <w:lang w:val="pl-PL"/>
        </w:rPr>
        <w:t>- ID wsparcia / nr umowy: ..............................................</w:t>
      </w:r>
    </w:p>
    <w:p w14:paraId="6B2B2B89" w14:textId="77777777" w:rsidR="00A225DF" w:rsidRPr="006B777A" w:rsidRDefault="00A225DF" w:rsidP="00A225DF">
      <w:pPr>
        <w:rPr>
          <w:lang w:val="pl-PL"/>
        </w:rPr>
      </w:pPr>
      <w:r w:rsidRPr="006B777A">
        <w:rPr>
          <w:lang w:val="pl-PL"/>
        </w:rPr>
        <w:t>- Runda rekrutacji: ....................................................</w:t>
      </w:r>
    </w:p>
    <w:p w14:paraId="78C64CD9" w14:textId="77777777" w:rsidR="00CC6192" w:rsidRPr="006D0401" w:rsidRDefault="00CC6192">
      <w:pPr>
        <w:rPr>
          <w:lang w:val="pl-PL"/>
        </w:rPr>
      </w:pPr>
    </w:p>
    <w:p w14:paraId="6A7F24DA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1.2. Dane doradcy biznesowego:</w:t>
      </w:r>
    </w:p>
    <w:p w14:paraId="2AB5C17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Imię i nazwisko: .....................................................</w:t>
      </w:r>
    </w:p>
    <w:p w14:paraId="19CCFA1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Organizacja: ..........................................................</w:t>
      </w:r>
    </w:p>
    <w:p w14:paraId="67A3B6E5" w14:textId="149125AB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Data(ty) spotka</w:t>
      </w:r>
      <w:r w:rsidR="00A225DF">
        <w:rPr>
          <w:lang w:val="pl-PL"/>
        </w:rPr>
        <w:t>nia(</w:t>
      </w:r>
      <w:r w:rsidRPr="006D0401">
        <w:rPr>
          <w:lang w:val="pl-PL"/>
        </w:rPr>
        <w:t>ń</w:t>
      </w:r>
      <w:r w:rsidR="00A225DF">
        <w:rPr>
          <w:lang w:val="pl-PL"/>
        </w:rPr>
        <w:t>)</w:t>
      </w:r>
      <w:r w:rsidRPr="006D0401">
        <w:rPr>
          <w:lang w:val="pl-PL"/>
        </w:rPr>
        <w:t>: ......................................</w:t>
      </w:r>
    </w:p>
    <w:p w14:paraId="0EAC6E46" w14:textId="3AA86990" w:rsidR="00CC6192" w:rsidRDefault="00611DBE">
      <w:pPr>
        <w:rPr>
          <w:lang w:val="pl-PL"/>
        </w:rPr>
      </w:pPr>
      <w:r w:rsidRPr="006D0401">
        <w:rPr>
          <w:lang w:val="pl-PL"/>
        </w:rPr>
        <w:t>- Łączna liczba godzin doradztwa wdrożeniowego</w:t>
      </w:r>
      <w:r w:rsidR="006A14E3">
        <w:rPr>
          <w:rStyle w:val="Odwoanieprzypisudolnego"/>
          <w:lang w:val="pl-PL"/>
        </w:rPr>
        <w:footnoteReference w:id="1"/>
      </w:r>
      <w:r w:rsidRPr="006D0401">
        <w:rPr>
          <w:lang w:val="pl-PL"/>
        </w:rPr>
        <w:t>: ........................</w:t>
      </w:r>
    </w:p>
    <w:p w14:paraId="080F294F" w14:textId="77777777" w:rsidR="00CC6192" w:rsidRPr="006D0401" w:rsidRDefault="00CC6192">
      <w:pPr>
        <w:rPr>
          <w:lang w:val="pl-PL"/>
        </w:rPr>
      </w:pPr>
    </w:p>
    <w:p w14:paraId="48B05FD1" w14:textId="7A55DF3F" w:rsidR="00CC6192" w:rsidRPr="006D0401" w:rsidRDefault="00611DBE">
      <w:pPr>
        <w:rPr>
          <w:lang w:val="pl-PL"/>
        </w:rPr>
      </w:pPr>
      <w:r w:rsidRPr="006D0401">
        <w:rPr>
          <w:lang w:val="pl-PL"/>
        </w:rPr>
        <w:t xml:space="preserve">1.3. Dane </w:t>
      </w:r>
      <w:r w:rsidR="00A225DF">
        <w:rPr>
          <w:lang w:val="pl-PL"/>
        </w:rPr>
        <w:t>przedsiębiorstwa</w:t>
      </w:r>
      <w:r w:rsidRPr="006D0401">
        <w:rPr>
          <w:lang w:val="pl-PL"/>
        </w:rPr>
        <w:t>:</w:t>
      </w:r>
    </w:p>
    <w:p w14:paraId="31589D8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Nazwa firmy: ..........................................................</w:t>
      </w:r>
    </w:p>
    <w:p w14:paraId="4959EA4F" w14:textId="77777777" w:rsidR="00A225DF" w:rsidRPr="006B777A" w:rsidRDefault="00A225DF" w:rsidP="00A225DF">
      <w:pPr>
        <w:rPr>
          <w:lang w:val="pl-PL"/>
        </w:rPr>
      </w:pPr>
      <w:r w:rsidRPr="006B777A">
        <w:rPr>
          <w:lang w:val="pl-PL"/>
        </w:rPr>
        <w:lastRenderedPageBreak/>
        <w:t>- Forma prawna: ........................................................</w:t>
      </w:r>
    </w:p>
    <w:p w14:paraId="197EAC06" w14:textId="77777777" w:rsidR="00A225DF" w:rsidRPr="006B777A" w:rsidRDefault="00A225DF" w:rsidP="00A225DF">
      <w:pPr>
        <w:rPr>
          <w:lang w:val="pl-PL"/>
        </w:rPr>
      </w:pPr>
      <w:r w:rsidRPr="006B777A">
        <w:rPr>
          <w:lang w:val="pl-PL"/>
        </w:rPr>
        <w:t>- NIP / REGON: .........................................................</w:t>
      </w:r>
    </w:p>
    <w:p w14:paraId="2B9A150F" w14:textId="77777777" w:rsidR="00A225DF" w:rsidRPr="006B777A" w:rsidRDefault="00A225DF" w:rsidP="00A225DF">
      <w:pPr>
        <w:rPr>
          <w:lang w:val="pl-PL"/>
        </w:rPr>
      </w:pPr>
      <w:r w:rsidRPr="006B777A">
        <w:rPr>
          <w:lang w:val="pl-PL"/>
        </w:rPr>
        <w:t>- Siedziba (zgodna z rejestrem KRS/CEIDG): .............................</w:t>
      </w:r>
    </w:p>
    <w:p w14:paraId="2FA0449F" w14:textId="4CE310DF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Wielkość:  □ mikro  □ małe  □ średnie</w:t>
      </w:r>
    </w:p>
    <w:p w14:paraId="7ECB5FD2" w14:textId="02E89A80" w:rsidR="00E73CE9" w:rsidRDefault="00E73CE9" w:rsidP="00E73CE9">
      <w:pPr>
        <w:rPr>
          <w:lang w:val="pl-PL"/>
        </w:rPr>
      </w:pPr>
      <w:r>
        <w:rPr>
          <w:lang w:val="pl-PL"/>
        </w:rPr>
        <w:t>2</w:t>
      </w:r>
      <w:r w:rsidR="008F1F87">
        <w:rPr>
          <w:lang w:val="pl-PL"/>
        </w:rPr>
        <w:t>.</w:t>
      </w:r>
      <w:r>
        <w:rPr>
          <w:lang w:val="pl-PL"/>
        </w:rPr>
        <w:t xml:space="preserve"> Kluczowe ustalenia z audytu potrzeb (jeśli był przeprowadzany) oraz zawarte tam rekomendacje w zakresie dalszych Usług rozwojowych</w:t>
      </w:r>
      <w:r w:rsidR="008F1F87">
        <w:rPr>
          <w:lang w:val="pl-PL"/>
        </w:rPr>
        <w:t>.</w:t>
      </w:r>
    </w:p>
    <w:p w14:paraId="5B280215" w14:textId="77777777" w:rsidR="00E73CE9" w:rsidRPr="006D0401" w:rsidRDefault="00E73CE9" w:rsidP="00E73CE9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28E4D724" w14:textId="77777777" w:rsidR="00E73CE9" w:rsidRPr="006D0401" w:rsidRDefault="00E73CE9" w:rsidP="00E73CE9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1997282F" w14:textId="77777777" w:rsidR="005502C7" w:rsidRDefault="005502C7">
      <w:pPr>
        <w:rPr>
          <w:lang w:val="pl-PL"/>
        </w:rPr>
      </w:pPr>
    </w:p>
    <w:p w14:paraId="5A6DB6CA" w14:textId="307BD912" w:rsidR="00CC6192" w:rsidRPr="006D0401" w:rsidRDefault="00611DBE">
      <w:pPr>
        <w:rPr>
          <w:lang w:val="pl-PL"/>
        </w:rPr>
      </w:pPr>
      <w:r w:rsidRPr="006D0401">
        <w:rPr>
          <w:lang w:val="pl-PL"/>
        </w:rPr>
        <w:t>2</w:t>
      </w:r>
      <w:r w:rsidR="00E73CE9">
        <w:rPr>
          <w:lang w:val="pl-PL"/>
        </w:rPr>
        <w:t>.1</w:t>
      </w:r>
      <w:r w:rsidR="008F1F87">
        <w:rPr>
          <w:lang w:val="pl-PL"/>
        </w:rPr>
        <w:t>.</w:t>
      </w:r>
      <w:r w:rsidRPr="006D0401">
        <w:rPr>
          <w:lang w:val="pl-PL"/>
        </w:rPr>
        <w:t xml:space="preserve"> Podsumowanie zrealizowanych usług szkoleniowych</w:t>
      </w:r>
      <w:r w:rsidR="005502C7">
        <w:rPr>
          <w:lang w:val="pl-PL"/>
        </w:rPr>
        <w:t>:</w:t>
      </w:r>
    </w:p>
    <w:p w14:paraId="6BDA314D" w14:textId="77777777" w:rsidR="005502C7" w:rsidRPr="006D0401" w:rsidRDefault="005502C7">
      <w:pPr>
        <w:rPr>
          <w:lang w:val="pl-PL"/>
        </w:rPr>
      </w:pPr>
    </w:p>
    <w:p w14:paraId="2E2593FA" w14:textId="2C070A13" w:rsidR="00CC6192" w:rsidRPr="006D0401" w:rsidRDefault="00611DBE">
      <w:pPr>
        <w:rPr>
          <w:lang w:val="pl-PL"/>
        </w:rPr>
      </w:pPr>
      <w:r w:rsidRPr="006D0401">
        <w:rPr>
          <w:lang w:val="pl-PL"/>
        </w:rPr>
        <w:t>2.</w:t>
      </w:r>
      <w:r w:rsidR="00D75CEA">
        <w:rPr>
          <w:lang w:val="pl-PL"/>
        </w:rPr>
        <w:t>2</w:t>
      </w:r>
      <w:r w:rsidRPr="006D0401">
        <w:rPr>
          <w:lang w:val="pl-PL"/>
        </w:rPr>
        <w:t>. Szkolenia zrealizowane dla pracowników firmy:</w:t>
      </w:r>
    </w:p>
    <w:p w14:paraId="72AAB5D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Nazwa usługi 1 / obszar kompetencji / liczba uczestników / status ....</w:t>
      </w:r>
    </w:p>
    <w:p w14:paraId="1A0FA32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Nazwa usługi 2 / obszar kompetencji / liczba uczestników / status ....</w:t>
      </w:r>
    </w:p>
    <w:p w14:paraId="64F39856" w14:textId="77777777" w:rsidR="00CC6192" w:rsidRPr="006D0401" w:rsidRDefault="00CC6192">
      <w:pPr>
        <w:rPr>
          <w:lang w:val="pl-PL"/>
        </w:rPr>
      </w:pPr>
    </w:p>
    <w:p w14:paraId="702814C6" w14:textId="0C19EFDB" w:rsidR="00CC6192" w:rsidRPr="006D0401" w:rsidRDefault="00611DBE">
      <w:pPr>
        <w:rPr>
          <w:lang w:val="pl-PL"/>
        </w:rPr>
      </w:pPr>
      <w:r w:rsidRPr="006D0401">
        <w:rPr>
          <w:lang w:val="pl-PL"/>
        </w:rPr>
        <w:t>2.</w:t>
      </w:r>
      <w:r w:rsidR="00D75CEA">
        <w:rPr>
          <w:lang w:val="pl-PL"/>
        </w:rPr>
        <w:t>3</w:t>
      </w:r>
      <w:r w:rsidRPr="006D0401">
        <w:rPr>
          <w:lang w:val="pl-PL"/>
        </w:rPr>
        <w:t>. Egzaminy / walidacje kompetencji (jeśli dotyczy):</w:t>
      </w:r>
    </w:p>
    <w:p w14:paraId="4CB1E19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Rodzaj kwalifikacji / kompetencji potwierdzonej: .....................</w:t>
      </w:r>
    </w:p>
    <w:p w14:paraId="5F28733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Liczba osób, które uzyskały potwierdzenie: ...........................</w:t>
      </w:r>
    </w:p>
    <w:p w14:paraId="2DD7D2A7" w14:textId="77777777" w:rsidR="00CC6192" w:rsidRPr="006D0401" w:rsidRDefault="00CC6192">
      <w:pPr>
        <w:rPr>
          <w:lang w:val="pl-PL"/>
        </w:rPr>
      </w:pPr>
    </w:p>
    <w:p w14:paraId="4BB91ED1" w14:textId="0DC1E564" w:rsidR="00CC6192" w:rsidRPr="006D0401" w:rsidRDefault="00611DBE">
      <w:pPr>
        <w:rPr>
          <w:lang w:val="pl-PL"/>
        </w:rPr>
      </w:pPr>
      <w:r w:rsidRPr="006D0401">
        <w:rPr>
          <w:lang w:val="pl-PL"/>
        </w:rPr>
        <w:t>2.</w:t>
      </w:r>
      <w:r w:rsidR="00D75CEA">
        <w:rPr>
          <w:lang w:val="pl-PL"/>
        </w:rPr>
        <w:t>4</w:t>
      </w:r>
      <w:r w:rsidRPr="006D0401">
        <w:rPr>
          <w:lang w:val="pl-PL"/>
        </w:rPr>
        <w:t>. Kluczowe efekty uczenia się z perspektywy firmy</w:t>
      </w:r>
      <w:r w:rsidR="00E73CE9">
        <w:rPr>
          <w:lang w:val="pl-PL"/>
        </w:rPr>
        <w:t xml:space="preserve"> lub audytu potrzeb (jeśli dotyczy)</w:t>
      </w:r>
      <w:r w:rsidRPr="006D0401">
        <w:rPr>
          <w:lang w:val="pl-PL"/>
        </w:rPr>
        <w:t>:</w:t>
      </w:r>
    </w:p>
    <w:p w14:paraId="17E0231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0CAE600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18A5C083" w14:textId="77777777" w:rsidR="00CC6192" w:rsidRPr="006D0401" w:rsidRDefault="00CC6192">
      <w:pPr>
        <w:rPr>
          <w:lang w:val="pl-PL"/>
        </w:rPr>
      </w:pPr>
    </w:p>
    <w:p w14:paraId="29D71345" w14:textId="618CF9F5" w:rsidR="00CC6192" w:rsidRPr="006D0401" w:rsidRDefault="00611DBE">
      <w:pPr>
        <w:rPr>
          <w:lang w:val="pl-PL"/>
        </w:rPr>
      </w:pPr>
      <w:r w:rsidRPr="006D0401">
        <w:rPr>
          <w:lang w:val="pl-PL"/>
        </w:rPr>
        <w:lastRenderedPageBreak/>
        <w:t>3. Zmiany w kompetencjach i gotowości do automatyzacji</w:t>
      </w:r>
      <w:r w:rsidR="00E86239">
        <w:rPr>
          <w:lang w:val="pl-PL"/>
        </w:rPr>
        <w:t>.</w:t>
      </w:r>
    </w:p>
    <w:p w14:paraId="3B0B01F4" w14:textId="77777777" w:rsidR="00CC6192" w:rsidRPr="006D0401" w:rsidRDefault="00CC6192">
      <w:pPr>
        <w:rPr>
          <w:lang w:val="pl-PL"/>
        </w:rPr>
      </w:pPr>
    </w:p>
    <w:p w14:paraId="3056B6D9" w14:textId="0C5855C1" w:rsidR="00CC6192" w:rsidRPr="006D0401" w:rsidRDefault="00611DBE">
      <w:pPr>
        <w:rPr>
          <w:lang w:val="pl-PL"/>
        </w:rPr>
      </w:pPr>
      <w:r w:rsidRPr="006D0401">
        <w:rPr>
          <w:lang w:val="pl-PL"/>
        </w:rPr>
        <w:t>3.1. Kompetencje w obszarze automatyzacji / AI – porównanie „przed” i „po”</w:t>
      </w:r>
      <w:r w:rsidR="00D75CEA">
        <w:rPr>
          <w:lang w:val="pl-PL"/>
        </w:rPr>
        <w:t xml:space="preserve"> </w:t>
      </w:r>
      <w:r w:rsidR="00D75CEA" w:rsidRPr="006B777A">
        <w:rPr>
          <w:lang w:val="pl-PL"/>
        </w:rPr>
        <w:t>(ocena doradcy; 1–5</w:t>
      </w:r>
      <w:r w:rsidR="00D75CEA">
        <w:rPr>
          <w:lang w:val="pl-PL"/>
        </w:rPr>
        <w:t>, gdzie 1 to stopień najniższy a 5 najwyższy</w:t>
      </w:r>
      <w:r w:rsidR="00D75CEA" w:rsidRPr="006B777A">
        <w:rPr>
          <w:lang w:val="pl-PL"/>
        </w:rPr>
        <w:t>)</w:t>
      </w:r>
      <w:r w:rsidRPr="006D0401">
        <w:rPr>
          <w:lang w:val="pl-PL"/>
        </w:rPr>
        <w:t>:</w:t>
      </w:r>
    </w:p>
    <w:p w14:paraId="09B16812" w14:textId="3867CC3D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Określenie potrzeb i przygotowanie organizacji</w:t>
      </w:r>
      <w:r w:rsidR="00A225DF">
        <w:rPr>
          <w:lang w:val="pl-PL"/>
        </w:rPr>
        <w:t xml:space="preserve"> do automatyzacji</w:t>
      </w:r>
      <w:r w:rsidRPr="006D0401">
        <w:rPr>
          <w:lang w:val="pl-PL"/>
        </w:rPr>
        <w:t>: przed .... / po .... / 5</w:t>
      </w:r>
    </w:p>
    <w:p w14:paraId="75F227B8" w14:textId="0DE42348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Planowanie strategiczne</w:t>
      </w:r>
      <w:r w:rsidR="00A225DF">
        <w:rPr>
          <w:lang w:val="pl-PL"/>
        </w:rPr>
        <w:t>,</w:t>
      </w:r>
      <w:r w:rsidRPr="006D0401">
        <w:rPr>
          <w:lang w:val="pl-PL"/>
        </w:rPr>
        <w:t xml:space="preserve"> zarządzanie zmianą</w:t>
      </w:r>
      <w:r w:rsidR="00A225DF">
        <w:rPr>
          <w:lang w:val="pl-PL"/>
        </w:rPr>
        <w:t xml:space="preserve"> i komunikacja</w:t>
      </w:r>
      <w:r w:rsidRPr="006D0401">
        <w:rPr>
          <w:lang w:val="pl-PL"/>
        </w:rPr>
        <w:t>: przed .... / po .... / 5</w:t>
      </w:r>
    </w:p>
    <w:p w14:paraId="0C45EFD0" w14:textId="4997306F" w:rsidR="000B2949" w:rsidRDefault="000B2949" w:rsidP="000B2949">
      <w:pPr>
        <w:rPr>
          <w:lang w:val="pl-PL"/>
        </w:rPr>
      </w:pPr>
      <w:r w:rsidRPr="006D0401">
        <w:rPr>
          <w:lang w:val="pl-PL"/>
        </w:rPr>
        <w:t>- Bezpieczeństwo</w:t>
      </w:r>
      <w:r>
        <w:rPr>
          <w:lang w:val="pl-PL"/>
        </w:rPr>
        <w:t>,</w:t>
      </w:r>
      <w:r w:rsidRPr="006D0401">
        <w:rPr>
          <w:lang w:val="pl-PL"/>
        </w:rPr>
        <w:t xml:space="preserve"> etyka</w:t>
      </w:r>
      <w:r>
        <w:rPr>
          <w:lang w:val="pl-PL"/>
        </w:rPr>
        <w:t xml:space="preserve"> i</w:t>
      </w:r>
      <w:r w:rsidRPr="006D0401">
        <w:rPr>
          <w:lang w:val="pl-PL"/>
        </w:rPr>
        <w:t xml:space="preserve"> regulacje</w:t>
      </w:r>
      <w:r>
        <w:rPr>
          <w:lang w:val="pl-PL"/>
        </w:rPr>
        <w:t xml:space="preserve"> prawne</w:t>
      </w:r>
      <w:r w:rsidRPr="006D0401">
        <w:rPr>
          <w:lang w:val="pl-PL"/>
        </w:rPr>
        <w:t>: przed .... / po .... / 5</w:t>
      </w:r>
    </w:p>
    <w:p w14:paraId="65EAABFD" w14:textId="0B4EB03E" w:rsidR="00CC6192" w:rsidRPr="006D0401" w:rsidRDefault="000B2949">
      <w:pPr>
        <w:rPr>
          <w:lang w:val="pl-PL"/>
        </w:rPr>
      </w:pPr>
      <w:r>
        <w:rPr>
          <w:lang w:val="pl-PL"/>
        </w:rPr>
        <w:t xml:space="preserve">- </w:t>
      </w:r>
      <w:r w:rsidR="00611DBE" w:rsidRPr="006D0401">
        <w:rPr>
          <w:lang w:val="pl-PL"/>
        </w:rPr>
        <w:t xml:space="preserve">Przygotowanie danych na potrzeby </w:t>
      </w:r>
      <w:r w:rsidR="00A225DF">
        <w:rPr>
          <w:lang w:val="pl-PL"/>
        </w:rPr>
        <w:t>AI</w:t>
      </w:r>
      <w:r w:rsidR="00611DBE" w:rsidRPr="006D0401">
        <w:rPr>
          <w:lang w:val="pl-PL"/>
        </w:rPr>
        <w:t>: przed .... / po .... / 5</w:t>
      </w:r>
    </w:p>
    <w:p w14:paraId="76D4E35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Wdrożenie automatyzacji i kompetencje techniczne: przed .... / po .... / 5</w:t>
      </w:r>
    </w:p>
    <w:p w14:paraId="1C8D39A6" w14:textId="170B7267" w:rsidR="00A225DF" w:rsidRDefault="00A225DF">
      <w:pPr>
        <w:rPr>
          <w:lang w:val="pl-PL"/>
        </w:rPr>
      </w:pPr>
      <w:r>
        <w:rPr>
          <w:lang w:val="pl-PL"/>
        </w:rPr>
        <w:t>- Monitorowanie efektów i stały rozwój pracowników: przed .… / po …. / 5</w:t>
      </w:r>
    </w:p>
    <w:p w14:paraId="2A23A461" w14:textId="77777777" w:rsidR="005502C7" w:rsidRPr="006D0401" w:rsidRDefault="005502C7">
      <w:pPr>
        <w:rPr>
          <w:lang w:val="pl-PL"/>
        </w:rPr>
      </w:pPr>
    </w:p>
    <w:p w14:paraId="2DD5A4E7" w14:textId="1D70BB07" w:rsidR="00CC6192" w:rsidRDefault="00D75CEA">
      <w:pPr>
        <w:rPr>
          <w:lang w:val="pl-PL"/>
        </w:rPr>
      </w:pPr>
      <w:r>
        <w:rPr>
          <w:lang w:val="pl-PL"/>
        </w:rPr>
        <w:t xml:space="preserve">3.2 </w:t>
      </w:r>
      <w:r w:rsidR="00205E71">
        <w:rPr>
          <w:lang w:val="pl-PL"/>
        </w:rPr>
        <w:t>P</w:t>
      </w:r>
      <w:r w:rsidR="00205E71" w:rsidRPr="00205E71">
        <w:rPr>
          <w:lang w:val="pl-PL"/>
        </w:rPr>
        <w:t>odsumowanie</w:t>
      </w:r>
      <w:r w:rsidR="00205E71">
        <w:rPr>
          <w:lang w:val="pl-PL"/>
        </w:rPr>
        <w:t xml:space="preserve">: </w:t>
      </w:r>
      <w:r w:rsidR="00205E71" w:rsidRPr="00205E71">
        <w:rPr>
          <w:lang w:val="pl-PL"/>
        </w:rPr>
        <w:t xml:space="preserve">jakie kompetencje udało się zdobyć, jakie należy rozwijać, </w:t>
      </w:r>
      <w:r w:rsidR="008F1F87" w:rsidRPr="00205E71">
        <w:rPr>
          <w:lang w:val="pl-PL"/>
        </w:rPr>
        <w:t xml:space="preserve">jakich </w:t>
      </w:r>
      <w:r w:rsidR="008F1F87">
        <w:rPr>
          <w:lang w:val="pl-PL"/>
        </w:rPr>
        <w:t>kompetencji</w:t>
      </w:r>
      <w:r w:rsidR="00205E71">
        <w:rPr>
          <w:lang w:val="pl-PL"/>
        </w:rPr>
        <w:t xml:space="preserve"> brakuje i dlaczego</w:t>
      </w:r>
      <w:r w:rsidR="008F1F87">
        <w:rPr>
          <w:lang w:val="pl-PL"/>
        </w:rPr>
        <w:t>:</w:t>
      </w:r>
    </w:p>
    <w:p w14:paraId="6D09D2A6" w14:textId="77777777" w:rsidR="00D75CEA" w:rsidRPr="006D0401" w:rsidRDefault="00D75CEA" w:rsidP="00D75CEA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2CE3268A" w14:textId="77777777" w:rsidR="00D75CEA" w:rsidRPr="006D0401" w:rsidRDefault="00D75CEA" w:rsidP="00D75CEA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17A89BB3" w14:textId="77777777" w:rsidR="00D75CEA" w:rsidRPr="006D0401" w:rsidRDefault="00D75CEA">
      <w:pPr>
        <w:rPr>
          <w:lang w:val="pl-PL"/>
        </w:rPr>
      </w:pPr>
    </w:p>
    <w:p w14:paraId="7823EAB6" w14:textId="7945F93B" w:rsidR="00CC6192" w:rsidRPr="006D0401" w:rsidRDefault="00611DBE">
      <w:pPr>
        <w:rPr>
          <w:lang w:val="pl-PL"/>
        </w:rPr>
      </w:pPr>
      <w:r w:rsidRPr="006D0401">
        <w:rPr>
          <w:lang w:val="pl-PL"/>
        </w:rPr>
        <w:t>3.</w:t>
      </w:r>
      <w:r w:rsidR="00D75CEA">
        <w:rPr>
          <w:lang w:val="pl-PL"/>
        </w:rPr>
        <w:t>3</w:t>
      </w:r>
      <w:r w:rsidRPr="006D0401">
        <w:rPr>
          <w:lang w:val="pl-PL"/>
        </w:rPr>
        <w:t>. Procesy wytypowane do pilotażowego wdrożenia automatyzacji:</w:t>
      </w:r>
    </w:p>
    <w:p w14:paraId="14F03C2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Proces / obszar 1 – krótki opis, ryzyka / uwagi: ......................</w:t>
      </w:r>
    </w:p>
    <w:p w14:paraId="5F41987C" w14:textId="77777777" w:rsidR="00CC6192" w:rsidRDefault="00611DBE">
      <w:pPr>
        <w:rPr>
          <w:lang w:val="pl-PL"/>
        </w:rPr>
      </w:pPr>
      <w:r w:rsidRPr="006D0401">
        <w:rPr>
          <w:lang w:val="pl-PL"/>
        </w:rPr>
        <w:t>- Proces / obszar 2 – krótki opis, ryzyka / uwagi: ......................</w:t>
      </w:r>
    </w:p>
    <w:p w14:paraId="41CE051A" w14:textId="77777777" w:rsidR="005502C7" w:rsidRPr="006D0401" w:rsidRDefault="005502C7">
      <w:pPr>
        <w:rPr>
          <w:lang w:val="pl-PL"/>
        </w:rPr>
      </w:pPr>
    </w:p>
    <w:p w14:paraId="7283BCD6" w14:textId="016D2C86" w:rsidR="00CC6192" w:rsidRDefault="0078723B">
      <w:pPr>
        <w:rPr>
          <w:lang w:val="pl-PL"/>
        </w:rPr>
      </w:pPr>
      <w:r>
        <w:rPr>
          <w:lang w:val="pl-PL"/>
        </w:rPr>
        <w:t>3.4</w:t>
      </w:r>
      <w:r w:rsidR="008F1F87">
        <w:rPr>
          <w:lang w:val="pl-PL"/>
        </w:rPr>
        <w:t>.</w:t>
      </w:r>
      <w:r>
        <w:rPr>
          <w:lang w:val="pl-PL"/>
        </w:rPr>
        <w:t xml:space="preserve"> Stopień przygotowania </w:t>
      </w:r>
      <w:r w:rsidR="008F1F87">
        <w:rPr>
          <w:lang w:val="pl-PL"/>
        </w:rPr>
        <w:t>kompetencyjnego</w:t>
      </w:r>
      <w:r>
        <w:rPr>
          <w:lang w:val="pl-PL"/>
        </w:rPr>
        <w:t xml:space="preserve"> wybranych pracowników/pracownic do wdrożenia automatyzacji w firmie (</w:t>
      </w:r>
      <w:r w:rsidRPr="006B777A">
        <w:rPr>
          <w:lang w:val="pl-PL"/>
        </w:rPr>
        <w:t>(ocena doradcy; 1–5</w:t>
      </w:r>
      <w:r>
        <w:rPr>
          <w:lang w:val="pl-PL"/>
        </w:rPr>
        <w:t>, gdzie 1 to stopień najniższy a 5 najwyższy)</w:t>
      </w:r>
    </w:p>
    <w:p w14:paraId="5C8157BC" w14:textId="5F41F474" w:rsidR="0078723B" w:rsidRDefault="0078723B">
      <w:pPr>
        <w:rPr>
          <w:lang w:val="pl-PL"/>
        </w:rPr>
      </w:pPr>
      <w:r>
        <w:rPr>
          <w:lang w:val="pl-PL"/>
        </w:rPr>
        <w:t xml:space="preserve">- </w:t>
      </w:r>
      <w:r w:rsidRPr="006B777A">
        <w:rPr>
          <w:lang w:val="pl-PL"/>
        </w:rPr>
        <w:t>Uczestnik/Uczestniczka 1</w:t>
      </w:r>
      <w:r>
        <w:rPr>
          <w:lang w:val="pl-PL"/>
        </w:rPr>
        <w:t>: ………</w:t>
      </w:r>
    </w:p>
    <w:p w14:paraId="793FF1B1" w14:textId="3DFD1466" w:rsidR="0078723B" w:rsidRPr="006D0401" w:rsidRDefault="0078723B" w:rsidP="0078723B">
      <w:pPr>
        <w:rPr>
          <w:lang w:val="pl-PL"/>
        </w:rPr>
      </w:pPr>
      <w:r>
        <w:rPr>
          <w:lang w:val="pl-PL"/>
        </w:rPr>
        <w:lastRenderedPageBreak/>
        <w:t xml:space="preserve">- </w:t>
      </w:r>
      <w:r w:rsidRPr="006B777A">
        <w:rPr>
          <w:lang w:val="pl-PL"/>
        </w:rPr>
        <w:t xml:space="preserve">Uczestnik/Uczestniczka </w:t>
      </w:r>
      <w:r>
        <w:rPr>
          <w:lang w:val="pl-PL"/>
        </w:rPr>
        <w:t>2: ………</w:t>
      </w:r>
    </w:p>
    <w:p w14:paraId="44487FCA" w14:textId="7BC25102" w:rsidR="0078723B" w:rsidRPr="006D0401" w:rsidRDefault="0078723B" w:rsidP="0078723B">
      <w:pPr>
        <w:rPr>
          <w:lang w:val="pl-PL"/>
        </w:rPr>
      </w:pPr>
      <w:r>
        <w:rPr>
          <w:lang w:val="pl-PL"/>
        </w:rPr>
        <w:t xml:space="preserve">- </w:t>
      </w:r>
      <w:r w:rsidRPr="006B777A">
        <w:rPr>
          <w:lang w:val="pl-PL"/>
        </w:rPr>
        <w:t xml:space="preserve">Uczestnik/Uczestniczka </w:t>
      </w:r>
      <w:r>
        <w:rPr>
          <w:lang w:val="pl-PL"/>
        </w:rPr>
        <w:t>n: ………</w:t>
      </w:r>
    </w:p>
    <w:p w14:paraId="71E231AE" w14:textId="77777777" w:rsidR="0078723B" w:rsidRDefault="0078723B">
      <w:pPr>
        <w:rPr>
          <w:lang w:val="pl-PL"/>
        </w:rPr>
      </w:pPr>
    </w:p>
    <w:p w14:paraId="68EC355E" w14:textId="77777777" w:rsidR="005502C7" w:rsidRDefault="005502C7">
      <w:pPr>
        <w:rPr>
          <w:lang w:val="pl-PL"/>
        </w:rPr>
      </w:pPr>
    </w:p>
    <w:p w14:paraId="42F05E3F" w14:textId="08C3B684" w:rsidR="00CC6192" w:rsidRPr="006D0401" w:rsidRDefault="00611DBE">
      <w:pPr>
        <w:rPr>
          <w:lang w:val="pl-PL"/>
        </w:rPr>
      </w:pPr>
      <w:r w:rsidRPr="006D0401">
        <w:rPr>
          <w:lang w:val="pl-PL"/>
        </w:rPr>
        <w:t>4. Diagnoza stanu obecnego pod kątem wdrożenia automatyzacji</w:t>
      </w:r>
      <w:r w:rsidR="008F1F87">
        <w:rPr>
          <w:lang w:val="pl-PL"/>
        </w:rPr>
        <w:t>.</w:t>
      </w:r>
    </w:p>
    <w:p w14:paraId="1A5C5E25" w14:textId="77777777" w:rsidR="00CC6192" w:rsidRPr="006D0401" w:rsidRDefault="00CC6192">
      <w:pPr>
        <w:rPr>
          <w:lang w:val="pl-PL"/>
        </w:rPr>
      </w:pPr>
    </w:p>
    <w:p w14:paraId="6494815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4.1. Aspekty organizacyjne:</w:t>
      </w:r>
    </w:p>
    <w:p w14:paraId="3031CC0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Czy proces ma właściciela?  □ tak  □ nie</w:t>
      </w:r>
    </w:p>
    <w:p w14:paraId="016D0CF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Czy proces jest opisany / zmapowany?  □ tak  □ częściowo  □ nie</w:t>
      </w:r>
    </w:p>
    <w:p w14:paraId="4F96890A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Kluczowe luki organizacyjne: .........................................</w:t>
      </w:r>
    </w:p>
    <w:p w14:paraId="5D141867" w14:textId="77777777" w:rsidR="00CC6192" w:rsidRPr="006D0401" w:rsidRDefault="00CC6192">
      <w:pPr>
        <w:rPr>
          <w:lang w:val="pl-PL"/>
        </w:rPr>
      </w:pPr>
    </w:p>
    <w:p w14:paraId="66F90F9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4.2. Aspekty technologiczne / systemowe:</w:t>
      </w:r>
    </w:p>
    <w:p w14:paraId="7BD719F2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Istniejące systemy wspierające proces: ...............................</w:t>
      </w:r>
    </w:p>
    <w:p w14:paraId="060B44D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Integracje / brak integracji: ........................................</w:t>
      </w:r>
    </w:p>
    <w:p w14:paraId="795BA89D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Wymagane zmiany w systemach (wysoki poziom): ........................</w:t>
      </w:r>
    </w:p>
    <w:p w14:paraId="4C60930F" w14:textId="77777777" w:rsidR="00CC6192" w:rsidRPr="006D0401" w:rsidRDefault="00CC6192">
      <w:pPr>
        <w:rPr>
          <w:lang w:val="pl-PL"/>
        </w:rPr>
      </w:pPr>
    </w:p>
    <w:p w14:paraId="2FF6826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4.3. Aspekty danych (gotowość danych na potrzeby automatyzacji / AI):</w:t>
      </w:r>
    </w:p>
    <w:p w14:paraId="1EF4E4F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Źródła danych w procesie: .............................................</w:t>
      </w:r>
    </w:p>
    <w:p w14:paraId="33FF7DEA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Jakość danych (kompletność, aktualność, spójność): ..................</w:t>
      </w:r>
    </w:p>
    <w:p w14:paraId="6B8E52B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Główne problemy z danymi: ............................................</w:t>
      </w:r>
    </w:p>
    <w:p w14:paraId="4E085F71" w14:textId="77777777" w:rsidR="00CC6192" w:rsidRPr="006D0401" w:rsidRDefault="00CC6192">
      <w:pPr>
        <w:rPr>
          <w:lang w:val="pl-PL"/>
        </w:rPr>
      </w:pPr>
    </w:p>
    <w:p w14:paraId="324262F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4.4. Aspekty bezpieczeństwa i regulacji:</w:t>
      </w:r>
    </w:p>
    <w:p w14:paraId="37DB93A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Czy proces obejmuje dane osobowe / wrażliwe?  □ tak  □ nie</w:t>
      </w:r>
    </w:p>
    <w:p w14:paraId="7DBCDD3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lastRenderedPageBreak/>
        <w:t>- Kluczowe ryzyka prawne / etyczne: ....................................</w:t>
      </w:r>
    </w:p>
    <w:p w14:paraId="517F558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Istniejące polityki bezpieczeństwa IT / AI w firmie: .................</w:t>
      </w:r>
    </w:p>
    <w:p w14:paraId="1D001D7E" w14:textId="77777777" w:rsidR="00CC6192" w:rsidRDefault="00CC6192">
      <w:pPr>
        <w:rPr>
          <w:lang w:val="pl-PL"/>
        </w:rPr>
      </w:pPr>
    </w:p>
    <w:p w14:paraId="38107F6A" w14:textId="77777777" w:rsidR="005502C7" w:rsidRPr="006D0401" w:rsidRDefault="005502C7">
      <w:pPr>
        <w:rPr>
          <w:lang w:val="pl-PL"/>
        </w:rPr>
      </w:pPr>
    </w:p>
    <w:p w14:paraId="28782645" w14:textId="785E228A" w:rsidR="00CC6192" w:rsidRPr="006D0401" w:rsidRDefault="00611DBE">
      <w:pPr>
        <w:rPr>
          <w:lang w:val="pl-PL"/>
        </w:rPr>
      </w:pPr>
      <w:r w:rsidRPr="006D0401">
        <w:rPr>
          <w:lang w:val="pl-PL"/>
        </w:rPr>
        <w:t>5. Plan wdrożenia automatyzacji (mapa drogowa)</w:t>
      </w:r>
      <w:r w:rsidR="00E86239">
        <w:rPr>
          <w:lang w:val="pl-PL"/>
        </w:rPr>
        <w:t>.</w:t>
      </w:r>
    </w:p>
    <w:p w14:paraId="2460E116" w14:textId="77777777" w:rsidR="00CC6192" w:rsidRPr="006D0401" w:rsidRDefault="00CC6192">
      <w:pPr>
        <w:rPr>
          <w:lang w:val="pl-PL"/>
        </w:rPr>
      </w:pPr>
    </w:p>
    <w:p w14:paraId="33A7CF6D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5.1. Cele biznesowe wdrożenia (KPI):</w:t>
      </w:r>
    </w:p>
    <w:p w14:paraId="47CD588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Redukcja czasu procesu o: .... %</w:t>
      </w:r>
    </w:p>
    <w:p w14:paraId="2BCAC56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Redukcja liczby błędów / reklamacji o: .... %</w:t>
      </w:r>
    </w:p>
    <w:p w14:paraId="1D04ED3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Inne cele (np. poprawa jakości danych, obsługi klienta): ............</w:t>
      </w:r>
    </w:p>
    <w:p w14:paraId="610E4D05" w14:textId="77777777" w:rsidR="00CC6192" w:rsidRPr="006D0401" w:rsidRDefault="00CC6192">
      <w:pPr>
        <w:rPr>
          <w:lang w:val="pl-PL"/>
        </w:rPr>
      </w:pPr>
    </w:p>
    <w:p w14:paraId="7CADAF6D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5.2. Docelowe rozwiązanie automatyzacyjne – opis:</w:t>
      </w:r>
    </w:p>
    <w:p w14:paraId="2E2FD70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Typ automatyzacji:</w:t>
      </w:r>
    </w:p>
    <w:p w14:paraId="7C5990F1" w14:textId="77777777" w:rsidR="00CC6192" w:rsidRDefault="00611DBE">
      <w:r w:rsidRPr="006D0401">
        <w:rPr>
          <w:lang w:val="pl-PL"/>
        </w:rPr>
        <w:t xml:space="preserve">  </w:t>
      </w:r>
      <w:r>
        <w:t>□ Workflow automation</w:t>
      </w:r>
    </w:p>
    <w:p w14:paraId="131A667D" w14:textId="77777777" w:rsidR="00CC6192" w:rsidRDefault="00611DBE">
      <w:r>
        <w:t xml:space="preserve">  □ RPA (Robotic Process Automation)</w:t>
      </w:r>
    </w:p>
    <w:p w14:paraId="76DA837A" w14:textId="77777777" w:rsidR="00CC6192" w:rsidRPr="006D0401" w:rsidRDefault="00611DBE">
      <w:pPr>
        <w:rPr>
          <w:lang w:val="pl-PL"/>
        </w:rPr>
      </w:pPr>
      <w:r>
        <w:t xml:space="preserve">  </w:t>
      </w:r>
      <w:r w:rsidRPr="006D0401">
        <w:rPr>
          <w:lang w:val="pl-PL"/>
        </w:rPr>
        <w:t>□ Rozwiązanie oparte na AI</w:t>
      </w:r>
    </w:p>
    <w:p w14:paraId="37F2D6C2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 xml:space="preserve">  □ Inne: ...............................................................</w:t>
      </w:r>
    </w:p>
    <w:p w14:paraId="7A2598A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Krótki opis rozwiązania: ............................................</w:t>
      </w:r>
    </w:p>
    <w:p w14:paraId="0F5D559F" w14:textId="77777777" w:rsidR="00CC6192" w:rsidRPr="006D0401" w:rsidRDefault="00CC6192">
      <w:pPr>
        <w:rPr>
          <w:lang w:val="pl-PL"/>
        </w:rPr>
      </w:pPr>
    </w:p>
    <w:p w14:paraId="0AAA756E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5.3. Plan działań wdrożeniowych:</w:t>
      </w:r>
    </w:p>
    <w:p w14:paraId="4867A712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Analiza szczegółowa procesu – odpowiedzialny / termin / uwagi ........</w:t>
      </w:r>
    </w:p>
    <w:p w14:paraId="4B813A8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Projekt rozwiązania / wybór narzędzia – ..............................</w:t>
      </w:r>
    </w:p>
    <w:p w14:paraId="37AF107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Przygotowanie danych / integracji – ..................................</w:t>
      </w:r>
    </w:p>
    <w:p w14:paraId="5218047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lastRenderedPageBreak/>
        <w:t>- Konfiguracja / pilotaż – ............................................</w:t>
      </w:r>
    </w:p>
    <w:p w14:paraId="7E6F4102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Testy i weryfikacja efektów – .......................................</w:t>
      </w:r>
    </w:p>
    <w:p w14:paraId="0D1DE164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Szkolenie użytkowników i uruchomienie produkcyjne – .................</w:t>
      </w:r>
    </w:p>
    <w:p w14:paraId="4E5C6FF3" w14:textId="77777777" w:rsidR="00CC6192" w:rsidRPr="006D0401" w:rsidRDefault="00CC6192">
      <w:pPr>
        <w:rPr>
          <w:lang w:val="pl-PL"/>
        </w:rPr>
      </w:pPr>
    </w:p>
    <w:p w14:paraId="4B3FA71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5.4. Szacunkowe zasoby niezbędne do wdrożenia:</w:t>
      </w:r>
    </w:p>
    <w:p w14:paraId="63F9700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Zaangażowanie zespołu biznesowego: ...................................</w:t>
      </w:r>
    </w:p>
    <w:p w14:paraId="734B742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Zaangażowanie IT / dostawców zewnętrznych: ...........................</w:t>
      </w:r>
    </w:p>
    <w:p w14:paraId="30B35A6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Wstępna ocena nakładów finansowych: .................................</w:t>
      </w:r>
    </w:p>
    <w:p w14:paraId="6B9EF1DC" w14:textId="77777777" w:rsidR="00CC6192" w:rsidRPr="006D0401" w:rsidRDefault="00CC6192">
      <w:pPr>
        <w:rPr>
          <w:lang w:val="pl-PL"/>
        </w:rPr>
      </w:pPr>
    </w:p>
    <w:p w14:paraId="4BB16EB8" w14:textId="4E5FEF9C" w:rsidR="00CC6192" w:rsidRPr="006D0401" w:rsidRDefault="00611DBE">
      <w:pPr>
        <w:rPr>
          <w:lang w:val="pl-PL"/>
        </w:rPr>
      </w:pPr>
      <w:r w:rsidRPr="006D0401">
        <w:rPr>
          <w:lang w:val="pl-PL"/>
        </w:rPr>
        <w:t>6. Zarządzanie zmianą i komunikacja</w:t>
      </w:r>
      <w:r w:rsidR="00E86239">
        <w:rPr>
          <w:lang w:val="pl-PL"/>
        </w:rPr>
        <w:t>.</w:t>
      </w:r>
    </w:p>
    <w:p w14:paraId="70F174F6" w14:textId="77777777" w:rsidR="00CC6192" w:rsidRPr="006D0401" w:rsidRDefault="00CC6192">
      <w:pPr>
        <w:rPr>
          <w:lang w:val="pl-PL"/>
        </w:rPr>
      </w:pPr>
    </w:p>
    <w:p w14:paraId="7A2105B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6.1. Interesariusze wewnętrzni:</w:t>
      </w:r>
    </w:p>
    <w:p w14:paraId="5FE428B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Działy / zespoły objęte zmianą: ......................................</w:t>
      </w:r>
    </w:p>
    <w:p w14:paraId="4EFC124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Kluczowe role / osoby: ...............................................</w:t>
      </w:r>
    </w:p>
    <w:p w14:paraId="37574242" w14:textId="77777777" w:rsidR="00CC6192" w:rsidRPr="006D0401" w:rsidRDefault="00CC6192">
      <w:pPr>
        <w:rPr>
          <w:lang w:val="pl-PL"/>
        </w:rPr>
      </w:pPr>
    </w:p>
    <w:p w14:paraId="2995A47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6.2. Potencjalne obawy pracowników:</w:t>
      </w:r>
    </w:p>
    <w:p w14:paraId="6CD3FFF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Identyfikowane obawy: ................................................</w:t>
      </w:r>
    </w:p>
    <w:p w14:paraId="1C0F752F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Plan komunikacji i wsparcia (spotkania, maile, szkolenia): ..........</w:t>
      </w:r>
    </w:p>
    <w:p w14:paraId="180F4672" w14:textId="77777777" w:rsidR="00CC6192" w:rsidRPr="006D0401" w:rsidRDefault="00CC6192">
      <w:pPr>
        <w:rPr>
          <w:lang w:val="pl-PL"/>
        </w:rPr>
      </w:pPr>
    </w:p>
    <w:p w14:paraId="1D0E4A00" w14:textId="26528481" w:rsidR="00CC6192" w:rsidRPr="006D0401" w:rsidRDefault="00611DBE">
      <w:pPr>
        <w:rPr>
          <w:lang w:val="pl-PL"/>
        </w:rPr>
      </w:pPr>
      <w:r w:rsidRPr="006D0401">
        <w:rPr>
          <w:lang w:val="pl-PL"/>
        </w:rPr>
        <w:t>6.3. Działania wspierające wdrożenie (np. warsztaty, mentoring</w:t>
      </w:r>
      <w:r w:rsidR="00D75CEA">
        <w:rPr>
          <w:lang w:val="pl-PL"/>
        </w:rPr>
        <w:t>, działania w innych instrumentach wsparcia firm</w:t>
      </w:r>
      <w:r w:rsidRPr="006D0401">
        <w:rPr>
          <w:lang w:val="pl-PL"/>
        </w:rPr>
        <w:t>):</w:t>
      </w:r>
    </w:p>
    <w:p w14:paraId="48399986" w14:textId="77777777" w:rsidR="00CC6192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38D5B01E" w14:textId="77777777" w:rsidR="00D75CEA" w:rsidRPr="006D0401" w:rsidRDefault="00D75CEA" w:rsidP="00D75CEA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23B33AC0" w14:textId="77777777" w:rsidR="00D75CEA" w:rsidRPr="006D0401" w:rsidRDefault="00D75CEA" w:rsidP="00D75CEA">
      <w:pPr>
        <w:rPr>
          <w:lang w:val="pl-PL"/>
        </w:rPr>
      </w:pPr>
      <w:r w:rsidRPr="006D0401">
        <w:rPr>
          <w:lang w:val="pl-PL"/>
        </w:rPr>
        <w:lastRenderedPageBreak/>
        <w:t>- .......................................................................</w:t>
      </w:r>
    </w:p>
    <w:p w14:paraId="0F5DF694" w14:textId="77777777" w:rsidR="00D75CEA" w:rsidRPr="006D0401" w:rsidRDefault="00D75CEA">
      <w:pPr>
        <w:rPr>
          <w:lang w:val="pl-PL"/>
        </w:rPr>
      </w:pPr>
    </w:p>
    <w:p w14:paraId="64C37402" w14:textId="77777777" w:rsidR="00CC6192" w:rsidRPr="006D0401" w:rsidRDefault="00CC6192">
      <w:pPr>
        <w:rPr>
          <w:lang w:val="pl-PL"/>
        </w:rPr>
      </w:pPr>
    </w:p>
    <w:p w14:paraId="394651C2" w14:textId="517807AA" w:rsidR="00CC6192" w:rsidRPr="006D0401" w:rsidRDefault="00611DBE">
      <w:pPr>
        <w:rPr>
          <w:lang w:val="pl-PL"/>
        </w:rPr>
      </w:pPr>
      <w:r w:rsidRPr="006D0401">
        <w:rPr>
          <w:lang w:val="pl-PL"/>
        </w:rPr>
        <w:t>7. Ryzyka</w:t>
      </w:r>
      <w:r w:rsidR="0078723B">
        <w:rPr>
          <w:lang w:val="pl-PL"/>
        </w:rPr>
        <w:t xml:space="preserve"> i rekomendacje z zakresu </w:t>
      </w:r>
      <w:r w:rsidRPr="006D0401">
        <w:rPr>
          <w:lang w:val="pl-PL"/>
        </w:rPr>
        <w:t>bezpieczeństw</w:t>
      </w:r>
      <w:r w:rsidR="0078723B">
        <w:rPr>
          <w:lang w:val="pl-PL"/>
        </w:rPr>
        <w:t xml:space="preserve">a, </w:t>
      </w:r>
      <w:r w:rsidRPr="006D0401">
        <w:rPr>
          <w:lang w:val="pl-PL"/>
        </w:rPr>
        <w:t>zgodnoś</w:t>
      </w:r>
      <w:r w:rsidR="0078723B">
        <w:rPr>
          <w:lang w:val="pl-PL"/>
        </w:rPr>
        <w:t>ci</w:t>
      </w:r>
      <w:r w:rsidRPr="006D0401">
        <w:rPr>
          <w:lang w:val="pl-PL"/>
        </w:rPr>
        <w:t xml:space="preserve"> regulacyjn</w:t>
      </w:r>
      <w:r w:rsidR="0078723B">
        <w:rPr>
          <w:lang w:val="pl-PL"/>
        </w:rPr>
        <w:t>ej i technologicznej</w:t>
      </w:r>
      <w:r w:rsidR="00E86239">
        <w:rPr>
          <w:lang w:val="pl-PL"/>
        </w:rPr>
        <w:t>.</w:t>
      </w:r>
    </w:p>
    <w:p w14:paraId="59BB61EE" w14:textId="77777777" w:rsidR="00CC6192" w:rsidRPr="006D0401" w:rsidRDefault="00CC6192">
      <w:pPr>
        <w:rPr>
          <w:lang w:val="pl-PL"/>
        </w:rPr>
      </w:pPr>
    </w:p>
    <w:p w14:paraId="04A8DB3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7.1. Główne ryzyka wdrożenia automatyzacji:</w:t>
      </w:r>
    </w:p>
    <w:p w14:paraId="5CEF0BE5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 xml:space="preserve">- Ryzyko 1 (operacyjne / prawne / wizerunkowe / </w:t>
      </w:r>
      <w:proofErr w:type="spellStart"/>
      <w:r w:rsidRPr="006D0401">
        <w:rPr>
          <w:lang w:val="pl-PL"/>
        </w:rPr>
        <w:t>cyber</w:t>
      </w:r>
      <w:proofErr w:type="spellEnd"/>
      <w:r w:rsidRPr="006D0401">
        <w:rPr>
          <w:lang w:val="pl-PL"/>
        </w:rPr>
        <w:t>): ................</w:t>
      </w:r>
    </w:p>
    <w:p w14:paraId="59A8498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 xml:space="preserve">- Ryzyko 2 (operacyjne / prawne / wizerunkowe / </w:t>
      </w:r>
      <w:proofErr w:type="spellStart"/>
      <w:r w:rsidRPr="006D0401">
        <w:rPr>
          <w:lang w:val="pl-PL"/>
        </w:rPr>
        <w:t>cyber</w:t>
      </w:r>
      <w:proofErr w:type="spellEnd"/>
      <w:r w:rsidRPr="006D0401">
        <w:rPr>
          <w:lang w:val="pl-PL"/>
        </w:rPr>
        <w:t>): ................</w:t>
      </w:r>
    </w:p>
    <w:p w14:paraId="28189043" w14:textId="77777777" w:rsidR="00CC6192" w:rsidRPr="006D0401" w:rsidRDefault="00CC6192">
      <w:pPr>
        <w:rPr>
          <w:lang w:val="pl-PL"/>
        </w:rPr>
      </w:pPr>
    </w:p>
    <w:p w14:paraId="51632F3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7.2. Rekomendacje dot. bezpieczeństwa i zgodności (w tym dane / AI):</w:t>
      </w:r>
    </w:p>
    <w:p w14:paraId="6517E2E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60692E35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027CD48F" w14:textId="33C95B88" w:rsidR="0078723B" w:rsidRPr="006D0401" w:rsidRDefault="0078723B" w:rsidP="0078723B">
      <w:pPr>
        <w:rPr>
          <w:lang w:val="pl-PL"/>
        </w:rPr>
      </w:pPr>
      <w:r w:rsidRPr="006D0401">
        <w:rPr>
          <w:lang w:val="pl-PL"/>
        </w:rPr>
        <w:t>7.</w:t>
      </w:r>
      <w:r>
        <w:rPr>
          <w:lang w:val="pl-PL"/>
        </w:rPr>
        <w:t>3</w:t>
      </w:r>
      <w:r w:rsidRPr="006D0401">
        <w:rPr>
          <w:lang w:val="pl-PL"/>
        </w:rPr>
        <w:t xml:space="preserve">. </w:t>
      </w:r>
      <w:r>
        <w:rPr>
          <w:lang w:val="pl-PL"/>
        </w:rPr>
        <w:t>Opcjonalne r</w:t>
      </w:r>
      <w:r w:rsidRPr="006D0401">
        <w:rPr>
          <w:lang w:val="pl-PL"/>
        </w:rPr>
        <w:t xml:space="preserve">ekomendacje </w:t>
      </w:r>
      <w:r>
        <w:rPr>
          <w:lang w:val="pl-PL"/>
        </w:rPr>
        <w:t>technologiczne lub integracyjne</w:t>
      </w:r>
      <w:r w:rsidRPr="006D0401">
        <w:rPr>
          <w:lang w:val="pl-PL"/>
        </w:rPr>
        <w:t>:</w:t>
      </w:r>
    </w:p>
    <w:p w14:paraId="09F323A1" w14:textId="77777777" w:rsidR="0078723B" w:rsidRPr="006D0401" w:rsidRDefault="0078723B" w:rsidP="0078723B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4FAA9B60" w14:textId="77777777" w:rsidR="0078723B" w:rsidRPr="006D0401" w:rsidRDefault="0078723B" w:rsidP="0078723B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3E1E831E" w14:textId="77777777" w:rsidR="00CC6192" w:rsidRPr="006D0401" w:rsidRDefault="00CC6192">
      <w:pPr>
        <w:rPr>
          <w:lang w:val="pl-PL"/>
        </w:rPr>
      </w:pPr>
    </w:p>
    <w:p w14:paraId="3398E3E6" w14:textId="04CAF65A" w:rsidR="00CC6192" w:rsidRPr="006D0401" w:rsidRDefault="00611DBE">
      <w:pPr>
        <w:rPr>
          <w:lang w:val="pl-PL"/>
        </w:rPr>
      </w:pPr>
      <w:r w:rsidRPr="006D0401">
        <w:rPr>
          <w:lang w:val="pl-PL"/>
        </w:rPr>
        <w:t>8. Monitorowanie efektów i dalszy rozwój kompetencji</w:t>
      </w:r>
      <w:r w:rsidR="00E86239">
        <w:rPr>
          <w:lang w:val="pl-PL"/>
        </w:rPr>
        <w:t>.</w:t>
      </w:r>
    </w:p>
    <w:p w14:paraId="0B6BCBC5" w14:textId="77777777" w:rsidR="00CC6192" w:rsidRPr="006D0401" w:rsidRDefault="00CC6192">
      <w:pPr>
        <w:rPr>
          <w:lang w:val="pl-PL"/>
        </w:rPr>
      </w:pPr>
    </w:p>
    <w:p w14:paraId="4174F68B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8.1. Proponowane wskaźniki monitorowania wdrożenia:</w:t>
      </w:r>
    </w:p>
    <w:p w14:paraId="3F231241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Czas realizacji procesu – wartość bazowa / cel po 3–6 miesiącach .....</w:t>
      </w:r>
    </w:p>
    <w:p w14:paraId="3F8026B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Liczba błędów / reklamacji – wartość bazowa / cel po 3–6 miesiącach ..</w:t>
      </w:r>
    </w:p>
    <w:p w14:paraId="325967C3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Liczba zadań wykonywanych ręcznie – wartość bazowa / cel .............</w:t>
      </w:r>
    </w:p>
    <w:p w14:paraId="2AEE694D" w14:textId="77777777" w:rsidR="00CC6192" w:rsidRPr="006D0401" w:rsidRDefault="00CC6192">
      <w:pPr>
        <w:rPr>
          <w:lang w:val="pl-PL"/>
        </w:rPr>
      </w:pPr>
    </w:p>
    <w:p w14:paraId="174A711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8.2. Rekomendacje dot. dalszych szkoleń i rozwoju pracowników:</w:t>
      </w:r>
    </w:p>
    <w:p w14:paraId="1DE02E3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Proponowane tematy pogłębione: .......................................</w:t>
      </w:r>
    </w:p>
    <w:p w14:paraId="3C5A68D9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Grupy docelowe (stanowiska / działy): ................................</w:t>
      </w:r>
    </w:p>
    <w:p w14:paraId="73751762" w14:textId="77777777" w:rsidR="00CC6192" w:rsidRPr="006D0401" w:rsidRDefault="00CC6192">
      <w:pPr>
        <w:rPr>
          <w:lang w:val="pl-PL"/>
        </w:rPr>
      </w:pPr>
    </w:p>
    <w:p w14:paraId="6E0F0089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8.3. Możliwe kolejne etapy automatyzacji (perspektywa 12–24 miesięcy):</w:t>
      </w:r>
    </w:p>
    <w:p w14:paraId="5094846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6CA73369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.......................................................................</w:t>
      </w:r>
    </w:p>
    <w:p w14:paraId="656C297F" w14:textId="77777777" w:rsidR="00CC6192" w:rsidRPr="006D0401" w:rsidRDefault="00CC6192">
      <w:pPr>
        <w:rPr>
          <w:lang w:val="pl-PL"/>
        </w:rPr>
      </w:pPr>
    </w:p>
    <w:p w14:paraId="0180CBC6" w14:textId="79599C41" w:rsidR="00CC6192" w:rsidRPr="006D0401" w:rsidRDefault="00611DBE">
      <w:pPr>
        <w:rPr>
          <w:lang w:val="pl-PL"/>
        </w:rPr>
      </w:pPr>
      <w:r w:rsidRPr="006D0401">
        <w:rPr>
          <w:lang w:val="pl-PL"/>
        </w:rPr>
        <w:t>9. Podsumowanie doradztwa wdrożeniowego</w:t>
      </w:r>
      <w:r w:rsidR="00E86239">
        <w:rPr>
          <w:lang w:val="pl-PL"/>
        </w:rPr>
        <w:t>.</w:t>
      </w:r>
    </w:p>
    <w:p w14:paraId="45162E37" w14:textId="77777777" w:rsidR="00CC6192" w:rsidRPr="006D0401" w:rsidRDefault="00CC6192">
      <w:pPr>
        <w:rPr>
          <w:lang w:val="pl-PL"/>
        </w:rPr>
      </w:pPr>
    </w:p>
    <w:p w14:paraId="7EF7D22A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9.1. Najważniejsze ustalenia (maks. 5 punktów):</w:t>
      </w:r>
    </w:p>
    <w:p w14:paraId="044686EE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1) ......................................................................</w:t>
      </w:r>
    </w:p>
    <w:p w14:paraId="20B2FAB5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2) ......................................................................</w:t>
      </w:r>
    </w:p>
    <w:p w14:paraId="0D48A59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3) ......................................................................</w:t>
      </w:r>
    </w:p>
    <w:p w14:paraId="3705F97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4) ......................................................................</w:t>
      </w:r>
    </w:p>
    <w:p w14:paraId="7B3FE8A6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5) ......................................................................</w:t>
      </w:r>
    </w:p>
    <w:p w14:paraId="5DCD1EC4" w14:textId="77777777" w:rsidR="00CC6192" w:rsidRPr="006D0401" w:rsidRDefault="00CC6192">
      <w:pPr>
        <w:rPr>
          <w:lang w:val="pl-PL"/>
        </w:rPr>
      </w:pPr>
    </w:p>
    <w:p w14:paraId="212225CA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9.2. Deklaracja firmy co do planowanego wdrożenia:</w:t>
      </w:r>
    </w:p>
    <w:p w14:paraId="36106F08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Firma planuje wdrożyć zaproponowane rozwiązanie:</w:t>
      </w:r>
    </w:p>
    <w:p w14:paraId="2F8045AC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 xml:space="preserve">  □ w całości   □ w części   □ na razie nie planuje wdrożenia</w:t>
      </w:r>
    </w:p>
    <w:p w14:paraId="66FDA110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- Komentarz: ...........................................................</w:t>
      </w:r>
    </w:p>
    <w:p w14:paraId="2B18CAE4" w14:textId="77777777" w:rsidR="00CC6192" w:rsidRDefault="00CC6192">
      <w:pPr>
        <w:rPr>
          <w:lang w:val="pl-PL"/>
        </w:rPr>
      </w:pPr>
    </w:p>
    <w:p w14:paraId="2C62A86B" w14:textId="77777777" w:rsidR="005502C7" w:rsidRDefault="005502C7">
      <w:pPr>
        <w:rPr>
          <w:lang w:val="pl-PL"/>
        </w:rPr>
      </w:pPr>
    </w:p>
    <w:p w14:paraId="44CA2423" w14:textId="77777777" w:rsidR="005502C7" w:rsidRDefault="005502C7">
      <w:pPr>
        <w:rPr>
          <w:lang w:val="pl-PL"/>
        </w:rPr>
      </w:pPr>
    </w:p>
    <w:p w14:paraId="3927F0EF" w14:textId="77777777" w:rsidR="005502C7" w:rsidRPr="006D0401" w:rsidRDefault="005502C7">
      <w:pPr>
        <w:rPr>
          <w:lang w:val="pl-PL"/>
        </w:rPr>
      </w:pPr>
    </w:p>
    <w:p w14:paraId="712C4BC4" w14:textId="7DCC6757" w:rsidR="00CC6192" w:rsidRPr="006D0401" w:rsidRDefault="00611DBE">
      <w:pPr>
        <w:rPr>
          <w:lang w:val="pl-PL"/>
        </w:rPr>
      </w:pPr>
      <w:r w:rsidRPr="006D0401">
        <w:rPr>
          <w:lang w:val="pl-PL"/>
        </w:rPr>
        <w:t>10. Potwierdzenia</w:t>
      </w:r>
      <w:r w:rsidR="00E86239">
        <w:rPr>
          <w:lang w:val="pl-PL"/>
        </w:rPr>
        <w:t>:</w:t>
      </w:r>
    </w:p>
    <w:p w14:paraId="4B638E38" w14:textId="77777777" w:rsidR="00CC6192" w:rsidRPr="006D0401" w:rsidRDefault="00CC6192">
      <w:pPr>
        <w:rPr>
          <w:lang w:val="pl-PL"/>
        </w:rPr>
      </w:pPr>
    </w:p>
    <w:p w14:paraId="4553E976" w14:textId="77777777" w:rsidR="00CC6192" w:rsidRDefault="00611DBE">
      <w:pPr>
        <w:rPr>
          <w:lang w:val="pl-PL"/>
        </w:rPr>
      </w:pPr>
      <w:r w:rsidRPr="006D0401">
        <w:rPr>
          <w:lang w:val="pl-PL"/>
        </w:rPr>
        <w:t>Doradca biznesowy (imię, nazwisko, podpis, data):</w:t>
      </w:r>
    </w:p>
    <w:p w14:paraId="2178FEFC" w14:textId="77777777" w:rsidR="005502C7" w:rsidRPr="006D0401" w:rsidRDefault="005502C7">
      <w:pPr>
        <w:rPr>
          <w:lang w:val="pl-PL"/>
        </w:rPr>
      </w:pPr>
    </w:p>
    <w:p w14:paraId="3F303C05" w14:textId="77777777" w:rsidR="00CC6192" w:rsidRPr="006D0401" w:rsidRDefault="00611DBE">
      <w:pPr>
        <w:rPr>
          <w:lang w:val="pl-PL"/>
        </w:rPr>
      </w:pPr>
      <w:r w:rsidRPr="006D0401">
        <w:rPr>
          <w:lang w:val="pl-PL"/>
        </w:rPr>
        <w:t>........................................................................</w:t>
      </w:r>
    </w:p>
    <w:p w14:paraId="387B51BA" w14:textId="77777777" w:rsidR="00CC6192" w:rsidRPr="006D0401" w:rsidRDefault="00CC6192">
      <w:pPr>
        <w:rPr>
          <w:lang w:val="pl-PL"/>
        </w:rPr>
      </w:pPr>
    </w:p>
    <w:p w14:paraId="6DFB121A" w14:textId="77777777" w:rsidR="00CC6192" w:rsidRDefault="00611DBE">
      <w:pPr>
        <w:rPr>
          <w:lang w:val="pl-PL"/>
        </w:rPr>
      </w:pPr>
      <w:r w:rsidRPr="006D0401">
        <w:rPr>
          <w:lang w:val="pl-PL"/>
        </w:rPr>
        <w:t>Przedstawiciel firmy (imię, nazwisko, funkcja, podpis, data):</w:t>
      </w:r>
    </w:p>
    <w:p w14:paraId="192A8E7D" w14:textId="77777777" w:rsidR="005502C7" w:rsidRPr="006D0401" w:rsidRDefault="005502C7">
      <w:pPr>
        <w:rPr>
          <w:lang w:val="pl-PL"/>
        </w:rPr>
      </w:pPr>
    </w:p>
    <w:p w14:paraId="53F25EDD" w14:textId="77777777" w:rsidR="00CC6192" w:rsidRDefault="00611DBE">
      <w:r>
        <w:t>........................................................................</w:t>
      </w:r>
    </w:p>
    <w:sectPr w:rsidR="00CC6192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694BC" w14:textId="77777777" w:rsidR="00B26749" w:rsidRDefault="00B26749" w:rsidP="00D75CEA">
      <w:pPr>
        <w:spacing w:after="0" w:line="240" w:lineRule="auto"/>
      </w:pPr>
      <w:r>
        <w:separator/>
      </w:r>
    </w:p>
  </w:endnote>
  <w:endnote w:type="continuationSeparator" w:id="0">
    <w:p w14:paraId="0BF22AE4" w14:textId="77777777" w:rsidR="00B26749" w:rsidRDefault="00B26749" w:rsidP="00D75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1392"/>
      <w:docPartObj>
        <w:docPartGallery w:val="Page Numbers (Bottom of Page)"/>
        <w:docPartUnique/>
      </w:docPartObj>
    </w:sdtPr>
    <w:sdtEndPr/>
    <w:sdtContent>
      <w:p w14:paraId="7E204228" w14:textId="2AF10627" w:rsidR="00D101E4" w:rsidRDefault="00D101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CC0FCA4" w14:textId="77777777" w:rsidR="00D101E4" w:rsidRDefault="00D1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E53C2" w14:textId="77777777" w:rsidR="00B26749" w:rsidRDefault="00B26749" w:rsidP="00D75CEA">
      <w:pPr>
        <w:spacing w:after="0" w:line="240" w:lineRule="auto"/>
      </w:pPr>
      <w:r>
        <w:separator/>
      </w:r>
    </w:p>
  </w:footnote>
  <w:footnote w:type="continuationSeparator" w:id="0">
    <w:p w14:paraId="2B113A5D" w14:textId="77777777" w:rsidR="00B26749" w:rsidRDefault="00B26749" w:rsidP="00D75CEA">
      <w:pPr>
        <w:spacing w:after="0" w:line="240" w:lineRule="auto"/>
      </w:pPr>
      <w:r>
        <w:continuationSeparator/>
      </w:r>
    </w:p>
  </w:footnote>
  <w:footnote w:id="1">
    <w:p w14:paraId="69E67986" w14:textId="0581FEC1" w:rsidR="006A14E3" w:rsidRPr="00EC5ABA" w:rsidRDefault="006A14E3">
      <w:pPr>
        <w:pStyle w:val="Tekstprzypisudolnego"/>
        <w:rPr>
          <w:lang w:val="pl-PL"/>
        </w:rPr>
      </w:pPr>
      <w:r w:rsidRPr="00EC5ABA">
        <w:rPr>
          <w:rStyle w:val="Odwoanieprzypisudolnego"/>
        </w:rPr>
        <w:footnoteRef/>
      </w:r>
      <w:r w:rsidRPr="00EC5ABA">
        <w:rPr>
          <w:lang w:val="pl-PL"/>
        </w:rPr>
        <w:t xml:space="preserve"> </w:t>
      </w:r>
      <w:r w:rsidR="007A1EEA" w:rsidRPr="00EC5ABA">
        <w:rPr>
          <w:lang w:val="pl-PL"/>
        </w:rPr>
        <w:t xml:space="preserve"> </w:t>
      </w:r>
      <w:r w:rsidR="007A1EEA" w:rsidRPr="00EC5ABA">
        <w:rPr>
          <w:lang w:val="pl-PL"/>
        </w:rPr>
        <w:t>Udział % pracy własnej eksperta w przygotowanym raporcie może wynosić maksymalnie: 30% czasu trwania usługi doradztwa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5CCB" w14:textId="5F62C91B" w:rsidR="00D75CEA" w:rsidRDefault="00D75CEA">
    <w:pPr>
      <w:pStyle w:val="Nagwek"/>
    </w:pPr>
    <w:r w:rsidRPr="00E33B03">
      <w:rPr>
        <w:rFonts w:cstheme="minorHAnsi"/>
        <w:noProof/>
        <w:szCs w:val="24"/>
      </w:rPr>
      <w:drawing>
        <wp:inline distT="0" distB="0" distL="0" distR="0" wp14:anchorId="2D381C98" wp14:editId="1A026BAE">
          <wp:extent cx="5486400" cy="806450"/>
          <wp:effectExtent l="0" t="0" r="0" b="0"/>
          <wp:docPr id="2" name="Obraz 1" descr="obr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ra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3161ED" w14:textId="77777777" w:rsidR="00D75CEA" w:rsidRDefault="00D75C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0281680">
    <w:abstractNumId w:val="8"/>
  </w:num>
  <w:num w:numId="2" w16cid:durableId="798453456">
    <w:abstractNumId w:val="6"/>
  </w:num>
  <w:num w:numId="3" w16cid:durableId="132069253">
    <w:abstractNumId w:val="5"/>
  </w:num>
  <w:num w:numId="4" w16cid:durableId="2050258951">
    <w:abstractNumId w:val="4"/>
  </w:num>
  <w:num w:numId="5" w16cid:durableId="480468767">
    <w:abstractNumId w:val="7"/>
  </w:num>
  <w:num w:numId="6" w16cid:durableId="1243415890">
    <w:abstractNumId w:val="3"/>
  </w:num>
  <w:num w:numId="7" w16cid:durableId="675380213">
    <w:abstractNumId w:val="2"/>
  </w:num>
  <w:num w:numId="8" w16cid:durableId="1277524594">
    <w:abstractNumId w:val="1"/>
  </w:num>
  <w:num w:numId="9" w16cid:durableId="13985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34A"/>
    <w:rsid w:val="0006063C"/>
    <w:rsid w:val="000B2949"/>
    <w:rsid w:val="00130C49"/>
    <w:rsid w:val="0015074B"/>
    <w:rsid w:val="001B37F2"/>
    <w:rsid w:val="001D010F"/>
    <w:rsid w:val="00205E71"/>
    <w:rsid w:val="0026492C"/>
    <w:rsid w:val="0029639D"/>
    <w:rsid w:val="002C5E4F"/>
    <w:rsid w:val="00326F90"/>
    <w:rsid w:val="003F5365"/>
    <w:rsid w:val="004A64CD"/>
    <w:rsid w:val="004F6C2E"/>
    <w:rsid w:val="005502C7"/>
    <w:rsid w:val="00571009"/>
    <w:rsid w:val="005E6EFA"/>
    <w:rsid w:val="005F1ACA"/>
    <w:rsid w:val="00611DBE"/>
    <w:rsid w:val="00645B9B"/>
    <w:rsid w:val="00651675"/>
    <w:rsid w:val="006709F5"/>
    <w:rsid w:val="006A14E3"/>
    <w:rsid w:val="006A6729"/>
    <w:rsid w:val="006D0401"/>
    <w:rsid w:val="006D5EC7"/>
    <w:rsid w:val="006F2E0D"/>
    <w:rsid w:val="00702418"/>
    <w:rsid w:val="00744164"/>
    <w:rsid w:val="00785E7C"/>
    <w:rsid w:val="0078723B"/>
    <w:rsid w:val="007A1EEA"/>
    <w:rsid w:val="007B735E"/>
    <w:rsid w:val="00857B85"/>
    <w:rsid w:val="008769F3"/>
    <w:rsid w:val="008B0F1C"/>
    <w:rsid w:val="008B3B5B"/>
    <w:rsid w:val="008F1F87"/>
    <w:rsid w:val="00915447"/>
    <w:rsid w:val="0097585D"/>
    <w:rsid w:val="00995CBB"/>
    <w:rsid w:val="009B38C4"/>
    <w:rsid w:val="00A225DF"/>
    <w:rsid w:val="00A264F9"/>
    <w:rsid w:val="00A45D40"/>
    <w:rsid w:val="00AA1D8D"/>
    <w:rsid w:val="00AD0B49"/>
    <w:rsid w:val="00B26749"/>
    <w:rsid w:val="00B47730"/>
    <w:rsid w:val="00BA2EFF"/>
    <w:rsid w:val="00BA5901"/>
    <w:rsid w:val="00BA6C04"/>
    <w:rsid w:val="00BE1863"/>
    <w:rsid w:val="00CB0664"/>
    <w:rsid w:val="00CB3ADA"/>
    <w:rsid w:val="00CC6192"/>
    <w:rsid w:val="00CF347B"/>
    <w:rsid w:val="00D101E4"/>
    <w:rsid w:val="00D17323"/>
    <w:rsid w:val="00D75CEA"/>
    <w:rsid w:val="00DC3A43"/>
    <w:rsid w:val="00E73CE9"/>
    <w:rsid w:val="00E86239"/>
    <w:rsid w:val="00EC5ABA"/>
    <w:rsid w:val="00F07D76"/>
    <w:rsid w:val="00F17CC6"/>
    <w:rsid w:val="00F853FD"/>
    <w:rsid w:val="00FB42CF"/>
    <w:rsid w:val="00FC693F"/>
    <w:rsid w:val="00FD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7D1CC5"/>
  <w14:defaultImageDpi w14:val="300"/>
  <w15:docId w15:val="{34622D8D-E47F-457B-95D4-DDDABC6F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CEA"/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D04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04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0401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04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0401"/>
    <w:rPr>
      <w:rFonts w:ascii="Calibri" w:hAnsi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05E71"/>
    <w:pPr>
      <w:spacing w:after="0" w:line="240" w:lineRule="auto"/>
    </w:pPr>
    <w:rPr>
      <w:rFonts w:ascii="Calibri" w:hAnsi="Calibri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3C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3CE9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3C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1302</Words>
  <Characters>7818</Characters>
  <Application>Microsoft Office Word</Application>
  <DocSecurity>0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Jarzabek</cp:lastModifiedBy>
  <cp:revision>17</cp:revision>
  <cp:lastPrinted>2026-09-24T16:14:00Z</cp:lastPrinted>
  <dcterms:created xsi:type="dcterms:W3CDTF">2026-04-29T11:10:00Z</dcterms:created>
  <dcterms:modified xsi:type="dcterms:W3CDTF">2026-09-24T16:15:00Z</dcterms:modified>
  <cp:category/>
</cp:coreProperties>
</file>